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871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09D" w:rsidRDefault="00A6609D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09D" w:rsidRDefault="00A6609D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09D" w:rsidRDefault="0068019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0191">
        <w:rPr>
          <w:rFonts w:ascii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715.5pt" o:ole="">
            <v:imagedata r:id="rId7" o:title=""/>
          </v:shape>
          <o:OLEObject Type="Embed" ProgID="FoxitPhantomPDF.Document" ShapeID="_x0000_i1025" DrawAspect="Content" ObjectID="_1789935267" r:id="rId8"/>
        </w:object>
      </w:r>
    </w:p>
    <w:p w:rsidR="00A6609D" w:rsidRDefault="00A6609D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09D" w:rsidRDefault="00A6609D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09D" w:rsidRDefault="00A6609D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09D" w:rsidRDefault="00A6609D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09D" w:rsidRDefault="00A6609D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871" w:rsidRPr="004F0217" w:rsidRDefault="00D67234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935871" w:rsidRPr="004F0217" w:rsidRDefault="00D67234" w:rsidP="004F0217">
      <w:pPr>
        <w:autoSpaceDE w:val="0"/>
        <w:autoSpaceDN w:val="0"/>
        <w:spacing w:before="346" w:after="0" w:line="240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Рабочая программа по учебному предмету «Родная литература (русская)» на уровне основного общего образования составлена в соответствии с реализацией Федерального закона от 3 августа 2018 г. № 317-ФЗ «О внесении изменений в статьи 11 и 14 Федерального закона «Об образовании в Российской Федерации» на основе требований федерального государственного образовательного стандарта основного общего образования (Приказ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России от 31 мая 2021 г.№ 287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«Об утверждении федерального государственного образовательного стандарта основного общего образования»; 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зарегистрирован Минюстом России 05.07.2021 № 64101) к результатам освоения основной образовательной программы основного общего образования по учебному предмету «Родная литература», входящему в образовательную область «Родной язык и родная литература», а также Примерной программы воспитания (утверждена решением ФУМО по общему образованию от 2 июня 2020 г.) с учётом Концепции преподавания русского языка и литературы в Российской Федерации (утверждённой распоряжением Правительства Российской Федерации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от 9 апреля 2016 г. № 637-р).</w:t>
      </w:r>
    </w:p>
    <w:p w:rsidR="00935871" w:rsidRPr="004F0217" w:rsidRDefault="00D67234" w:rsidP="004F0217">
      <w:pPr>
        <w:autoSpaceDE w:val="0"/>
        <w:autoSpaceDN w:val="0"/>
        <w:spacing w:before="262" w:after="0" w:line="240" w:lineRule="auto"/>
        <w:ind w:right="1296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«РОДНАЯ ЛИТЕРАТУРА (РУССКАЯ)»</w:t>
      </w:r>
    </w:p>
    <w:p w:rsidR="00935871" w:rsidRPr="004F0217" w:rsidRDefault="00D67234" w:rsidP="004F0217">
      <w:pPr>
        <w:autoSpaceDE w:val="0"/>
        <w:autoSpaceDN w:val="0"/>
        <w:spacing w:before="166" w:after="0" w:line="240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Русская литература, являясь одной из самых богатых литератур мира,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сознания. Лучшие образцы русской литературы обладают высокой степенью эмоционального воздействия на внутренний мир школьников, способствуют их приобщению к гуманистическим ценностям и культурно-историческому опыту человечества, поэтому в поликультурной языковой среде русская литература должна изучаться на основе диалога культур. Гуманистический потенциал русской литературы позволяет рассматривать её как общенациональную российскую ценность, как средство воспитания школьников в духе уважительного отношения к языку и культуре народов Российской Федерации и мира, формирования культуры межнационального общения. Как часть предметной области «Родной язык и родная литература» учебный предмет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«Р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одная литература (русская)» тесно связан с предметом «Родной язык (русский)». Изучение предмета «Родная литература (русская)» способствует обогащению речи школьников, развитию их речевой культуры, коммуникативной и межкультурной компетенций. Вместе с тем учебный предмет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«Р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одная литература (русская)» имеет специфические особенности, отличающие его от учебного предмета «Литература», входящего в предметную область «Русский язык и литература». Специфика курса родной русской литературы обусловлена:</w:t>
      </w:r>
    </w:p>
    <w:p w:rsidR="00935871" w:rsidRPr="004F0217" w:rsidRDefault="00D67234" w:rsidP="004F0217">
      <w:pPr>
        <w:autoSpaceDE w:val="0"/>
        <w:autoSpaceDN w:val="0"/>
        <w:spacing w:before="178" w:after="0" w:line="240" w:lineRule="auto"/>
        <w:ind w:left="420"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отбором произведений русской литературы, в которых наиболее ярко выражено их национально-культурное своеобразие, например русский национальный характер, обычаи и традиции русского народа, духовные основы русской культуры;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 w:right="86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более подробным освещением историко-культурного фона эпохи создания изучаемых литературных произведений, расширенным историко-культурным комментарием к ним.</w:t>
      </w:r>
    </w:p>
    <w:p w:rsidR="00935871" w:rsidRPr="004F0217" w:rsidRDefault="00D67234" w:rsidP="004F0217">
      <w:pPr>
        <w:autoSpaceDE w:val="0"/>
        <w:autoSpaceDN w:val="0"/>
        <w:spacing w:before="178" w:after="0" w:line="240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Содержание курса «Родная литература (русская)» направлено на удовлетворение потребности школьников в изучении русской литературы как особого, эстетического, средства познания русской национальной культуры и самореализации в ней. Учебный предмет «Родная (русская) литература» не ущемляет права тех школьников, которые изучают иные родные языки и родные литературы, поэтому учебное время, отведённое на изучение данного предмета, не может рассматриваться как время для углублённого изучения основного курса литературы, входящего в предметную область «Русский язык и литература».    Содержание программы по родной русской литературе не включает произведения,</w:t>
      </w: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935871" w:rsidRPr="004F0217">
          <w:pgSz w:w="11900" w:h="16840"/>
          <w:pgMar w:top="436" w:right="650" w:bottom="34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35871" w:rsidRPr="004F0217" w:rsidRDefault="00D67234" w:rsidP="004F0217">
      <w:pPr>
        <w:autoSpaceDE w:val="0"/>
        <w:autoSpaceDN w:val="0"/>
        <w:spacing w:after="0" w:line="240" w:lineRule="auto"/>
        <w:ind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изучаемые в основном курсе литературы, его задача — расширить литературный и культурный кругозор обучающихся за счёт их знакомства с дополнительными произведениями фольклора, русской классики и современной литературы, наиболее ярко воплотившими национальные особенности русской литературы и культуры, которые могут быть включены в проблемно-тематические блоки в соответствии со спецификой курса.</w:t>
      </w:r>
    </w:p>
    <w:p w:rsidR="00935871" w:rsidRPr="004F0217" w:rsidRDefault="00D67234" w:rsidP="004F0217">
      <w:pPr>
        <w:tabs>
          <w:tab w:val="left" w:pos="180"/>
        </w:tabs>
        <w:autoSpaceDE w:val="0"/>
        <w:autoSpaceDN w:val="0"/>
        <w:spacing w:before="70" w:after="0" w:line="240" w:lineRule="auto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содержании курса родной русской литературы в программе выделяются три содержательные линии (три проблемно-тематических блока):</w:t>
      </w:r>
    </w:p>
    <w:p w:rsidR="00935871" w:rsidRPr="004F0217" w:rsidRDefault="00D67234" w:rsidP="004F0217">
      <w:pPr>
        <w:autoSpaceDE w:val="0"/>
        <w:autoSpaceDN w:val="0"/>
        <w:spacing w:before="178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«Россия — родина моя»;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«Русские традиции»;</w:t>
      </w:r>
    </w:p>
    <w:p w:rsidR="00935871" w:rsidRPr="004F0217" w:rsidRDefault="00D67234" w:rsidP="004F0217">
      <w:pPr>
        <w:autoSpaceDE w:val="0"/>
        <w:autoSpaceDN w:val="0"/>
        <w:spacing w:before="192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«Русский характер — русская душа».</w:t>
      </w:r>
    </w:p>
    <w:p w:rsidR="00935871" w:rsidRPr="004F0217" w:rsidRDefault="00D67234" w:rsidP="004F0217">
      <w:pPr>
        <w:autoSpaceDE w:val="0"/>
        <w:autoSpaceDN w:val="0"/>
        <w:spacing w:before="180" w:after="0" w:line="240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Каждая содержательная линия предусматривает вариативный компонент содержания курса родной русской литературы, разработка которого в рабочих программах предполагает обращение к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литературе народов России и мира в целях выявления национально-специфического и общего в произведениях, близких по тематике и проблематике. Например, поэты народов России о русском и родном языках; новогодние традиции в литературе народов России и мира; образ степи в фольклоре и литературе народов России и др. 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Программа учебного предмета «Родная литература (русская)» для 5—9 классов основной школы строится на сочетании проблемно-тематического, концентрического и хронологического принципов. Содержание программы для каждого класса включает произведения фольклора, русской классики и современной литературы, актуализирующие вечные проблемы и ценности. 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ind w:right="576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Проблемно-тематические блоки  объединяют  произведения в соответствии с выделенными сквозными линиями (например: родные просторы — русский лес — берёза). Внутри проблемно-тематических блоков произведений выделяются отдельные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подтемы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связанные с национально-культурной спецификой русских традиций, быта и нравов (например: праздники русского мира, Масленица, блины и т. п.). 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ind w:right="144"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каждом тематическом блоке выделяются ключевые слова, которые позволяют на различном литературно-художественном материале показать, как важные для национального сознания понятия проявляются в культурном пространстве на протяжении длительного времени — вплоть до наших дней (например: сила духа, доброта, милосердие). 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отдельные тематические блоки программы вводятся литературные произведения, включающие в сферу выделяемых национально-специфических явлений образы и мотивы, отражённые средствами других видов искусства — живописи, музыки, кино, театра. Это позволяет прослеживать связи между ними (диалог иску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сств в р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усской культуре). </w:t>
      </w:r>
    </w:p>
    <w:p w:rsidR="00935871" w:rsidRPr="004F0217" w:rsidRDefault="00D67234" w:rsidP="004F0217">
      <w:pPr>
        <w:autoSpaceDE w:val="0"/>
        <w:autoSpaceDN w:val="0"/>
        <w:spacing w:before="262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ЦЕЛИ ИЗУЧЕНИЯ УЧЕБНОГО ПРЕДМЕТА «РОДНАЯ ЛИТЕРАТУРА (РУССКАЯ)»</w:t>
      </w:r>
    </w:p>
    <w:p w:rsidR="00935871" w:rsidRPr="004F0217" w:rsidRDefault="00D67234" w:rsidP="004F0217">
      <w:pPr>
        <w:autoSpaceDE w:val="0"/>
        <w:autoSpaceDN w:val="0"/>
        <w:spacing w:before="166" w:after="0" w:line="240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Программа учебного предмета «Родная литература (русская)» ориентирована на сопровождение и поддержку учебного предмета «Литература», входящего в образовательную область «Русский язык и литература». Цели курса родной русской литературы в рамках предметной области «Родной язык и родная литература» имеют свою специфику, обусловленную дополнительным по своему содержанию характером курса, а также особенностями функционирования русского языка и русской литературы в разных регионах Российской Федерации. </w:t>
      </w:r>
    </w:p>
    <w:p w:rsidR="00935871" w:rsidRPr="004F0217" w:rsidRDefault="00D67234" w:rsidP="004F0217">
      <w:pPr>
        <w:tabs>
          <w:tab w:val="left" w:pos="180"/>
        </w:tabs>
        <w:autoSpaceDE w:val="0"/>
        <w:autoSpaceDN w:val="0"/>
        <w:spacing w:before="70" w:after="0" w:line="240" w:lineRule="auto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Изучение предмета «Родная литература (русская)» должно обеспечить достижение следующих целей: </w:t>
      </w:r>
    </w:p>
    <w:p w:rsidR="00935871" w:rsidRPr="004F0217" w:rsidRDefault="00D67234" w:rsidP="004F0217">
      <w:pPr>
        <w:autoSpaceDE w:val="0"/>
        <w:autoSpaceDN w:val="0"/>
        <w:spacing w:before="178" w:after="0" w:line="240" w:lineRule="auto"/>
        <w:ind w:left="420"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воспитание и развитие личности, способной понимать и эстетически воспринимать произведения родной русской литературы и обладающей гуманистическим мировоззрением,</w:t>
      </w: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935871" w:rsidRPr="004F0217">
          <w:pgSz w:w="11900" w:h="16840"/>
          <w:pgMar w:top="286" w:right="708" w:bottom="348" w:left="666" w:header="720" w:footer="720" w:gutter="0"/>
          <w:cols w:space="720" w:equalWidth="0">
            <w:col w:w="10526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35871" w:rsidRPr="004F0217" w:rsidRDefault="00D67234" w:rsidP="004F0217">
      <w:pPr>
        <w:autoSpaceDE w:val="0"/>
        <w:autoSpaceDN w:val="0"/>
        <w:spacing w:after="0" w:line="240" w:lineRule="auto"/>
        <w:ind w:left="420" w:right="1296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общероссийским гражданским сознанием и национальным самосознанием, чувством патриотизма и гордости от принадлежности к многонациональному народу России;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формирование познавательного интереса к родной русской литературе, воспитание ценностного отношения к ней как хранителю историко-культурного опыта русского народа, включение обучающегося в культурно-языковое поле своего народа и приобщение к его культурному наследию;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осознание исторической преемственности поколений, формирование причастности к свершениям и традициям своего народа и ответственности за сохранение русской культуры;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развитие у обучающихся интеллектуальных и творческих способностей, необходимых для успешной социализации и самореализации личности в многонациональном российском государстве.</w:t>
      </w:r>
    </w:p>
    <w:p w:rsidR="00935871" w:rsidRPr="004F0217" w:rsidRDefault="00D67234" w:rsidP="004F0217">
      <w:pPr>
        <w:autoSpaceDE w:val="0"/>
        <w:autoSpaceDN w:val="0"/>
        <w:spacing w:before="178" w:after="0" w:line="24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Учебный предмет «Родная литература (русская)» направлен на решение следующих задач:</w:t>
      </w:r>
    </w:p>
    <w:p w:rsidR="00935871" w:rsidRPr="004F0217" w:rsidRDefault="00D67234" w:rsidP="004F0217">
      <w:pPr>
        <w:autoSpaceDE w:val="0"/>
        <w:autoSpaceDN w:val="0"/>
        <w:spacing w:before="178" w:after="0" w:line="240" w:lineRule="auto"/>
        <w:ind w:left="420"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приобщение к литературному наследию русского народа в контексте единого исторического и культурного пространства России, диалога культур всех народов Российской Федерации;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осознание роли родной русской литературы в передаче от поколения к поколению историко-культурных, нравственных, эстетических ценностей;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выявление взаимосвязи родной русской литературы с отечественной историей, формирование представлений о многообразии национально-специфичных форм художественного отражения материальной и духовной культуры русского народа в русской литературе;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Федерации, их взаимовлияния;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выявление культурных и нравственных смыслов, заложенных в родной русской литературе; создание устных и письменных высказываний, содержащих суждения и оценки по поводу прочитанного;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формирование опыта общения с произведениями родной русской литературы в повседневной жизни и учебной деятельности;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 w:right="1296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накопление опыта планирования собственного досугового чтения, определения и обоснования собственных читательских предпочтений произведений родной русской литературы;</w:t>
      </w:r>
    </w:p>
    <w:p w:rsidR="00935871" w:rsidRPr="004F0217" w:rsidRDefault="00D67234" w:rsidP="004F0217">
      <w:pPr>
        <w:autoSpaceDE w:val="0"/>
        <w:autoSpaceDN w:val="0"/>
        <w:spacing w:before="192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формирование потребности в систематическом чтении произведений родной русской литературы как средстве познания мира и себя в этом мире, гармонизации отношений человека и общества, многоаспектного диалога;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развитие умений работы с источниками информации, осуществление поиска, анализа, обработки и презентации информации из  различных  источников,  включая  Интернет, и др.</w:t>
      </w:r>
    </w:p>
    <w:p w:rsidR="00935871" w:rsidRPr="004F0217" w:rsidRDefault="00D67234" w:rsidP="004F0217">
      <w:pPr>
        <w:autoSpaceDE w:val="0"/>
        <w:autoSpaceDN w:val="0"/>
        <w:spacing w:before="322" w:after="0" w:line="240" w:lineRule="auto"/>
        <w:ind w:right="7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«РОДНАЯ ЛИТЕРАТУРА (РУССКАЯ)» В УЧЕБНОМ ПЛАНЕ</w:t>
      </w:r>
    </w:p>
    <w:p w:rsidR="00935871" w:rsidRPr="004F0217" w:rsidRDefault="00D67234" w:rsidP="004F0217">
      <w:pPr>
        <w:autoSpaceDE w:val="0"/>
        <w:autoSpaceDN w:val="0"/>
        <w:spacing w:before="166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обязательное изучение предмета «Родная литература (русская)» на этапе основного общего образования отводится 170 часов. В 5-9 классах выделяется по 34 часа в год (из расчёта 1 учебный час в неделю).</w:t>
      </w: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935871" w:rsidRPr="004F0217">
          <w:pgSz w:w="11900" w:h="16840"/>
          <w:pgMar w:top="286" w:right="684" w:bottom="672" w:left="666" w:header="720" w:footer="720" w:gutter="0"/>
          <w:cols w:space="720" w:equalWidth="0">
            <w:col w:w="10550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35871" w:rsidRPr="004F0217" w:rsidRDefault="00D67234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СОДЕРЖАНИЕ УЧЕБНОГО ПРЕДМЕТА </w:t>
      </w:r>
    </w:p>
    <w:p w:rsidR="00935871" w:rsidRPr="004F0217" w:rsidRDefault="00D67234" w:rsidP="004F0217">
      <w:pPr>
        <w:autoSpaceDE w:val="0"/>
        <w:autoSpaceDN w:val="0"/>
        <w:spacing w:before="346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935871" w:rsidRPr="004F0217" w:rsidRDefault="00D67234" w:rsidP="004F0217">
      <w:pPr>
        <w:autoSpaceDE w:val="0"/>
        <w:autoSpaceDN w:val="0"/>
        <w:spacing w:before="166" w:after="0" w:line="240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Раздел 1. Россия — Родина моя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Преданья старины глубокой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Малые жанры фольклора: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пословицы и поговорки о Родине, России, русском народе (не менее пяти произведений).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ind w:right="1008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Русские народные и литературные сказки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(не менее двух произведений). Например: «Лиса и медведь» (русская народная сказка), К. Г. Паустовский «Дремучий медведь».</w:t>
      </w:r>
    </w:p>
    <w:p w:rsidR="00935871" w:rsidRPr="004F0217" w:rsidRDefault="00D67234" w:rsidP="004F0217">
      <w:pPr>
        <w:autoSpaceDE w:val="0"/>
        <w:autoSpaceDN w:val="0"/>
        <w:spacing w:before="408" w:after="0" w:line="240" w:lineRule="auto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Города земли русской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Москва в произведениях русских писателей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Стихотворения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(не менее двух). Например: А. С. Пушкин «На тихих берегах Москвы…», М. Ю. Лермонтов «Москва, Москва!.. люблю тебя как сын…», Л. Н. Мартынов «Красные ворота» и др. </w:t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А. П. Чехов.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«В Москве на Трубной площади».</w:t>
      </w:r>
    </w:p>
    <w:p w:rsidR="00935871" w:rsidRPr="004F0217" w:rsidRDefault="00D67234" w:rsidP="004F0217">
      <w:pPr>
        <w:autoSpaceDE w:val="0"/>
        <w:autoSpaceDN w:val="0"/>
        <w:spacing w:before="406" w:after="0" w:line="240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Родные просторы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Русский лес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Стихотворения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(не менее двух). Например: А. В. Кольцов «Лес», В. А. Рождественский «Берёза», В. А. Солоухин «Седьмую ночь без перерыва…» и др.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И. С. Соколов-Микитов.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«Русский лес».</w:t>
      </w:r>
    </w:p>
    <w:p w:rsidR="00935871" w:rsidRPr="004F0217" w:rsidRDefault="00D67234" w:rsidP="004F0217">
      <w:pPr>
        <w:autoSpaceDE w:val="0"/>
        <w:autoSpaceDN w:val="0"/>
        <w:spacing w:before="742" w:after="0" w:line="240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Раздел 2. Русские традиции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Праздники русского мира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Рождество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Стихотворения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(не менее двух). Например: Б. Л. Пастернак «Рождественская звезда» (фрагмент), В. Д. Берестов «Перед Рождеством» и др.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А. И. Куприн.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«Бедный принц».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Н. Д. </w:t>
      </w:r>
      <w:proofErr w:type="spellStart"/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Телешов</w:t>
      </w:r>
      <w:proofErr w:type="spellEnd"/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«Ёлка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Митрича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».</w:t>
      </w:r>
    </w:p>
    <w:p w:rsidR="00935871" w:rsidRPr="004F0217" w:rsidRDefault="00D67234" w:rsidP="004F0217">
      <w:pPr>
        <w:autoSpaceDE w:val="0"/>
        <w:autoSpaceDN w:val="0"/>
        <w:spacing w:before="408" w:after="0" w:line="240" w:lineRule="auto"/>
        <w:ind w:right="216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Тепло родного дома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Семейные ценности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И. А. Крылов.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Басни (одно произведение по выбору). Например: «Дерево» и др. </w:t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И. А. Бунин.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«Снежный бык».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В. И. Белов.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«Скворцы».</w:t>
      </w:r>
    </w:p>
    <w:p w:rsidR="00935871" w:rsidRPr="004F0217" w:rsidRDefault="00D67234" w:rsidP="004F0217">
      <w:pPr>
        <w:autoSpaceDE w:val="0"/>
        <w:autoSpaceDN w:val="0"/>
        <w:spacing w:before="742" w:after="0" w:line="240" w:lineRule="auto"/>
        <w:ind w:right="7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Раздел 3. Русский характер — русская душа</w:t>
      </w:r>
      <w:proofErr w:type="gramStart"/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Н</w:t>
      </w:r>
      <w:proofErr w:type="gramEnd"/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е до ордена — была бы Родина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Отечественная война 1812 года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Стихотворения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(не менее двух). Например: Ф. Н. Глинка «Авангардная песнь», Д. В. Давыдо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в«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Партизан» (отрывок) и др.</w:t>
      </w:r>
    </w:p>
    <w:p w:rsidR="00935871" w:rsidRPr="004F0217" w:rsidRDefault="00D67234" w:rsidP="004F0217">
      <w:pPr>
        <w:autoSpaceDE w:val="0"/>
        <w:autoSpaceDN w:val="0"/>
        <w:spacing w:before="406" w:after="0" w:line="240" w:lineRule="auto"/>
        <w:ind w:right="720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Загадки русской души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Парадоксы русского характера</w:t>
      </w: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935871" w:rsidRPr="004F0217">
          <w:pgSz w:w="11900" w:h="16840"/>
          <w:pgMar w:top="298" w:right="650" w:bottom="41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35871" w:rsidRPr="004F0217" w:rsidRDefault="00D67234" w:rsidP="004F0217">
      <w:pPr>
        <w:autoSpaceDE w:val="0"/>
        <w:autoSpaceDN w:val="0"/>
        <w:spacing w:after="0" w:line="240" w:lineRule="auto"/>
        <w:ind w:right="3168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К. Г. Паустовский.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«Похождения жука-носорога» (солдатская сказка). </w:t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Ю. Я. Яковлев.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«Сыновья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Пешеходова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».</w:t>
      </w:r>
    </w:p>
    <w:p w:rsidR="00935871" w:rsidRPr="004F0217" w:rsidRDefault="00D67234" w:rsidP="004F0217">
      <w:pPr>
        <w:autoSpaceDE w:val="0"/>
        <w:autoSpaceDN w:val="0"/>
        <w:spacing w:before="406" w:after="0" w:line="240" w:lineRule="auto"/>
        <w:ind w:right="5328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О ваших ровесниках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proofErr w:type="gramStart"/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Школьные</w:t>
      </w:r>
      <w:proofErr w:type="gramEnd"/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контрольные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К. И. Чуковский.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«Серебряный герб» (фрагмент).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А. А. </w:t>
      </w:r>
      <w:proofErr w:type="spellStart"/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Гиваргизов</w:t>
      </w:r>
      <w:proofErr w:type="spellEnd"/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.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«Контрольный диктант».</w:t>
      </w:r>
    </w:p>
    <w:p w:rsidR="00935871" w:rsidRPr="004F0217" w:rsidRDefault="00D67234" w:rsidP="004F0217">
      <w:pPr>
        <w:autoSpaceDE w:val="0"/>
        <w:autoSpaceDN w:val="0"/>
        <w:spacing w:before="406" w:after="0" w:line="240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Лишь слову жизнь дана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Родной язык, родная речь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Стихотворения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(не  менее  двух).  Например:  И.  А.  Бунин «Слово», В. Г.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Гордейчев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«Родная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речь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»и</w:t>
      </w:r>
      <w:proofErr w:type="spellEnd"/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др.</w:t>
      </w:r>
    </w:p>
    <w:p w:rsidR="00935871" w:rsidRPr="004F0217" w:rsidRDefault="00D67234" w:rsidP="004F0217">
      <w:pPr>
        <w:autoSpaceDE w:val="0"/>
        <w:autoSpaceDN w:val="0"/>
        <w:spacing w:before="262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935871" w:rsidRPr="004F0217" w:rsidRDefault="00D67234" w:rsidP="004F0217">
      <w:pPr>
        <w:autoSpaceDE w:val="0"/>
        <w:autoSpaceDN w:val="0"/>
        <w:spacing w:before="166" w:after="0" w:line="240" w:lineRule="auto"/>
        <w:ind w:right="259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Раздел 1. Россия — Родина моя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Преданья старины глубокой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Богатыри и богатырство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Былины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(одна былина по выбору). Например: «Илья Муромец и Святогор».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ind w:right="230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Былинные сюжеты и герои в русской литературе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Стихотворения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(не менее одного). Например: И. А. Бунин «Святогор и Илья». </w:t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М. М. Пришвин.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«Певец былин».</w:t>
      </w:r>
    </w:p>
    <w:p w:rsidR="00935871" w:rsidRPr="004F0217" w:rsidRDefault="00D67234" w:rsidP="004F0217">
      <w:pPr>
        <w:autoSpaceDE w:val="0"/>
        <w:autoSpaceDN w:val="0"/>
        <w:spacing w:before="406" w:after="0" w:line="240" w:lineRule="auto"/>
        <w:ind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Города земли русской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Русский Север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С. Г. </w:t>
      </w:r>
      <w:proofErr w:type="spellStart"/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Писахов</w:t>
      </w:r>
      <w:proofErr w:type="spellEnd"/>
      <w:proofErr w:type="gramStart"/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Ледяна колокольня» (не менее одной главы по выбору, например:«Морожены песни»).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Б. В. Шергин</w:t>
      </w:r>
      <w:proofErr w:type="gramStart"/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Поморские были и сказания» (не менее двух глав по выбору, например:«Детство в Архангельске», «Миша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Ласкин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»).</w:t>
      </w:r>
    </w:p>
    <w:p w:rsidR="00935871" w:rsidRPr="004F0217" w:rsidRDefault="00D67234" w:rsidP="004F0217">
      <w:pPr>
        <w:autoSpaceDE w:val="0"/>
        <w:autoSpaceDN w:val="0"/>
        <w:spacing w:before="406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Родные просторы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Зима в русской поэзии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Стихотворения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(не менее двух). Например: И. С. Никитин «Встреча Зимы», А. А. Блок «Снег да снег. Всю избу занесло…», Н. М. Рубцов «Первый снег» и др.</w:t>
      </w:r>
    </w:p>
    <w:p w:rsidR="00935871" w:rsidRPr="004F0217" w:rsidRDefault="00D67234" w:rsidP="004F0217">
      <w:pPr>
        <w:autoSpaceDE w:val="0"/>
        <w:autoSpaceDN w:val="0"/>
        <w:spacing w:before="72" w:after="0" w:line="240" w:lineRule="auto"/>
        <w:ind w:right="691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По мотивам русских сказок о зиме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Е. Л. Шварц.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«Два брата».</w:t>
      </w:r>
    </w:p>
    <w:p w:rsidR="00935871" w:rsidRPr="004F0217" w:rsidRDefault="00D67234" w:rsidP="004F0217">
      <w:pPr>
        <w:autoSpaceDE w:val="0"/>
        <w:autoSpaceDN w:val="0"/>
        <w:spacing w:before="742" w:after="0" w:line="240" w:lineRule="auto"/>
        <w:ind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Раздел 2. Русские традиции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Праздники русского мира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Масленица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Стихотворения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(не менее двух). Например: М. Ю. Лермонтов «Посреди небесных тел…», А. Д. Дементьев «Прощёное воскресенье» и др.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А. П. Чехов.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«Блины».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Тэффи.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«Блины».</w:t>
      </w:r>
    </w:p>
    <w:p w:rsidR="00935871" w:rsidRPr="004F0217" w:rsidRDefault="00D67234" w:rsidP="004F0217">
      <w:pPr>
        <w:autoSpaceDE w:val="0"/>
        <w:autoSpaceDN w:val="0"/>
        <w:spacing w:before="406" w:after="0" w:line="240" w:lineRule="auto"/>
        <w:ind w:right="763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Тепло родного дома</w:t>
      </w:r>
      <w:proofErr w:type="gramStart"/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</w:t>
      </w:r>
      <w:proofErr w:type="gramEnd"/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сюду родимую Русь узнаю</w:t>
      </w: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935871" w:rsidRPr="004F0217">
          <w:pgSz w:w="11900" w:h="16840"/>
          <w:pgMar w:top="286" w:right="650" w:bottom="29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35871" w:rsidRPr="004F0217" w:rsidRDefault="00D67234" w:rsidP="004F0217">
      <w:pPr>
        <w:autoSpaceDE w:val="0"/>
        <w:autoSpaceDN w:val="0"/>
        <w:spacing w:after="0" w:line="240" w:lineRule="auto"/>
        <w:ind w:right="86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Стихотворения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(не менее одного). Например: В. А. Рождественский «Русская природа» и др. </w:t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К. Г. Паустовский.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«Заботливый цветок».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Ю. В. Бондарев.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«Поздним вечером».</w:t>
      </w:r>
    </w:p>
    <w:p w:rsidR="00935871" w:rsidRPr="004F0217" w:rsidRDefault="00D67234" w:rsidP="004F0217">
      <w:pPr>
        <w:autoSpaceDE w:val="0"/>
        <w:autoSpaceDN w:val="0"/>
        <w:spacing w:before="742" w:after="0" w:line="240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Раздел 3. Русский характер — русская душа</w:t>
      </w:r>
      <w:proofErr w:type="gramStart"/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Н</w:t>
      </w:r>
      <w:proofErr w:type="gramEnd"/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е до ордена — была бы Родина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Оборона Севастополя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Стихотворения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(не менее трех). Например: А. Н.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Апухтин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«Солдатская песня о Севастополе», А. А. Фет «Севастопольское братское кладбище», Рюрик Ивнев «Севастополь» и др.</w:t>
      </w:r>
    </w:p>
    <w:p w:rsidR="00935871" w:rsidRPr="004F0217" w:rsidRDefault="00D67234" w:rsidP="004F0217">
      <w:pPr>
        <w:autoSpaceDE w:val="0"/>
        <w:autoSpaceDN w:val="0"/>
        <w:spacing w:before="408" w:after="0" w:line="240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Загадки русской души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Чудеса нужно делать своими руками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Стихотворения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(не менее одного). Например: Ф. И. Тютчев «Чему бы жизнь нас ни учила…» и др. </w:t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Н. С. Лесков.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«Неразменный рубль».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В. П. Астафьев.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«Бабушка с малиной».</w:t>
      </w:r>
    </w:p>
    <w:p w:rsidR="00935871" w:rsidRPr="004F0217" w:rsidRDefault="00D67234" w:rsidP="004F0217">
      <w:pPr>
        <w:autoSpaceDE w:val="0"/>
        <w:autoSpaceDN w:val="0"/>
        <w:spacing w:before="406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О ваших ровесниках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Реальность и мечты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Р. П. Погодин.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«Кирпичные острова» (рассказы «Как я с ним познакомился», «Кирпичные острова»). </w:t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Е. С. Велтистов.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«Миллион и один день каникул» (один фрагмент по выбору).</w:t>
      </w:r>
    </w:p>
    <w:p w:rsidR="00935871" w:rsidRPr="004F0217" w:rsidRDefault="00D67234" w:rsidP="004F0217">
      <w:pPr>
        <w:autoSpaceDE w:val="0"/>
        <w:autoSpaceDN w:val="0"/>
        <w:spacing w:before="406" w:after="0" w:line="240" w:lineRule="auto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Лишь слову жизнь дана</w:t>
      </w:r>
      <w:proofErr w:type="gramStart"/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Н</w:t>
      </w:r>
      <w:proofErr w:type="gramEnd"/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а русском дышим языке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Стихотворения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(не менее двух). Например: К. Д. Бальмонт «Русский язык», Ю. П.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Мориц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«Язык обид — язык не русский…» и др.</w:t>
      </w:r>
    </w:p>
    <w:p w:rsidR="00935871" w:rsidRPr="004F0217" w:rsidRDefault="00D67234" w:rsidP="004F0217">
      <w:pPr>
        <w:autoSpaceDE w:val="0"/>
        <w:autoSpaceDN w:val="0"/>
        <w:spacing w:before="262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935871" w:rsidRPr="004F0217" w:rsidRDefault="00D67234" w:rsidP="004F0217">
      <w:pPr>
        <w:autoSpaceDE w:val="0"/>
        <w:autoSpaceDN w:val="0"/>
        <w:spacing w:before="166" w:after="0" w:line="240" w:lineRule="auto"/>
        <w:ind w:right="1008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Раздел 1. Россия — Родина моя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Преданья старины глубокой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Русские народные песни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Исторические и лирические песни (не менее двух). Например: 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«На заре то было, братцы, на утренней…», «Ах вы, ветры, ветры буйные…» и др.</w:t>
      </w:r>
      <w:proofErr w:type="gramEnd"/>
    </w:p>
    <w:p w:rsidR="00935871" w:rsidRPr="004F0217" w:rsidRDefault="00D67234" w:rsidP="004F0217">
      <w:pPr>
        <w:autoSpaceDE w:val="0"/>
        <w:autoSpaceDN w:val="0"/>
        <w:spacing w:before="72" w:after="0" w:line="240" w:lineRule="auto"/>
        <w:ind w:right="475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Фольклорные сюжеты и мотивы в русской литературе </w:t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А. С. Пушкин.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«Песни о Стеньке 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Разине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 (песня 1).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Стихотворения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(не менее двух). Например: И. З. Суриков «Я ли в поле да не травушка была…», А. К. Толстой «Моя душа летит приветом…» и др.</w:t>
      </w:r>
    </w:p>
    <w:p w:rsidR="00935871" w:rsidRPr="004F0217" w:rsidRDefault="00D67234" w:rsidP="004F0217">
      <w:pPr>
        <w:autoSpaceDE w:val="0"/>
        <w:autoSpaceDN w:val="0"/>
        <w:spacing w:before="406" w:after="0" w:line="240" w:lineRule="auto"/>
        <w:ind w:right="187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Города земли русской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Сибирский край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В. Г. Распутин.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«Сибирь, Сибирь…» (одна глава по выбору, например «Тобольск»). </w:t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А. И. Солженицын.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«Колокол Углича».</w:t>
      </w:r>
    </w:p>
    <w:p w:rsidR="00935871" w:rsidRPr="004F0217" w:rsidRDefault="00D67234" w:rsidP="004F0217">
      <w:pPr>
        <w:autoSpaceDE w:val="0"/>
        <w:autoSpaceDN w:val="0"/>
        <w:spacing w:before="406" w:after="0" w:line="240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Родные просторы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Русское поле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Стихотворения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(не менее двух). Например: И. С. Никитин «Поле», И. А. Гофф «Русское поле» и др.</w:t>
      </w: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935871" w:rsidRPr="004F0217">
          <w:pgSz w:w="11900" w:h="16840"/>
          <w:pgMar w:top="310" w:right="654" w:bottom="438" w:left="666" w:header="720" w:footer="720" w:gutter="0"/>
          <w:cols w:space="720" w:equalWidth="0">
            <w:col w:w="10580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35871" w:rsidRPr="004F0217" w:rsidRDefault="00D67234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Д. В. Григорович.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«Пахарь» (не менее одной главы по выбору).</w:t>
      </w:r>
    </w:p>
    <w:p w:rsidR="00935871" w:rsidRPr="004F0217" w:rsidRDefault="00D67234" w:rsidP="004F0217">
      <w:pPr>
        <w:autoSpaceDE w:val="0"/>
        <w:autoSpaceDN w:val="0"/>
        <w:spacing w:before="742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Раздел 2. Русские традиции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Праздники русского мира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Пасха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Стихотворения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(не менее двух). Например: К. Д. Бальмонт «Благовещенье в Москве», А. С. Хомяков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«К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ремлевская заутреня на Пасху», А. А. Фет «Христос Воскресе!» (П. П. Боткину).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А. П. Чехов.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«Казак».</w:t>
      </w:r>
    </w:p>
    <w:p w:rsidR="00935871" w:rsidRPr="004F0217" w:rsidRDefault="00D67234" w:rsidP="004F0217">
      <w:pPr>
        <w:autoSpaceDE w:val="0"/>
        <w:autoSpaceDN w:val="0"/>
        <w:spacing w:before="408" w:after="0" w:line="240" w:lineRule="auto"/>
        <w:ind w:right="2448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Тепло родного дома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Русские мастера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В. А. Солоухин.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«Камешки на ладони» (не менее двух миниатюр по выбору).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Ф. А. Абрамов.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«Дом» (один фрагмент по выбору).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Стихотворения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(не менее одного). Например: Р. И. Рождественский «О мастерах» и др.</w:t>
      </w:r>
    </w:p>
    <w:p w:rsidR="00935871" w:rsidRPr="004F0217" w:rsidRDefault="00D67234" w:rsidP="004F0217">
      <w:pPr>
        <w:autoSpaceDE w:val="0"/>
        <w:autoSpaceDN w:val="0"/>
        <w:spacing w:before="742" w:after="0" w:line="240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Раздел 3. Русский характер — русская душа</w:t>
      </w:r>
      <w:proofErr w:type="gramStart"/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Н</w:t>
      </w:r>
      <w:proofErr w:type="gramEnd"/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е до ордена — была бы Родина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На Первой мировой войне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Стихотворения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(не менее двух). Например: С. М. Городецкий «Воздушный витязь», Н. С. Гумилё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в«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Наступление», «Война» и др.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М. М. Пришвин.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«Голубая стрекоза».</w:t>
      </w:r>
    </w:p>
    <w:p w:rsidR="00935871" w:rsidRPr="004F0217" w:rsidRDefault="00D67234" w:rsidP="004F0217">
      <w:pPr>
        <w:autoSpaceDE w:val="0"/>
        <w:autoSpaceDN w:val="0"/>
        <w:spacing w:before="406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Загадки русской души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Долюшка женская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Стихотворения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(не менее двух). Например: Ф. И. Тютчев «Русской женщине», Н. А. Некрасов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«В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нимая ужасам войны…», Ю. В. Друнина  «И  откуда  вдруг  берутся  силы…», В. М.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Тушнова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«Вот говорят: Россия…» и др.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Ф. А. Абрамов.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«Золотые руки».</w:t>
      </w:r>
    </w:p>
    <w:p w:rsidR="00935871" w:rsidRPr="004F0217" w:rsidRDefault="00D67234" w:rsidP="004F0217">
      <w:pPr>
        <w:autoSpaceDE w:val="0"/>
        <w:autoSpaceDN w:val="0"/>
        <w:spacing w:before="408" w:after="0" w:line="240" w:lineRule="auto"/>
        <w:ind w:right="720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О ваших ровесниках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Взрослые детские проблемы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А. С. Игнатова.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«Джинн Сева».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ind w:right="7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Н. Н. </w:t>
      </w:r>
      <w:proofErr w:type="spellStart"/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Назаркин</w:t>
      </w:r>
      <w:proofErr w:type="spellEnd"/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«Изумрудная рыбка» (не менее двух глав по выбору, например, «Изумрудная рыбка», «Ах, миледи!», «Про личную жизнь»).</w:t>
      </w:r>
    </w:p>
    <w:p w:rsidR="00935871" w:rsidRPr="004F0217" w:rsidRDefault="00D67234" w:rsidP="004F0217">
      <w:pPr>
        <w:autoSpaceDE w:val="0"/>
        <w:autoSpaceDN w:val="0"/>
        <w:spacing w:before="406" w:after="0" w:line="240" w:lineRule="auto"/>
        <w:ind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Лишь слову жизнь </w:t>
      </w:r>
      <w:proofErr w:type="gramStart"/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дана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Такого языка на свете не бывало</w:t>
      </w:r>
      <w:proofErr w:type="gramEnd"/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Стихотворения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(не менее одного). Например: Вс. Рождественский «В родной поэзии совсем не старовер…» и др.</w:t>
      </w:r>
    </w:p>
    <w:p w:rsidR="00935871" w:rsidRPr="004F0217" w:rsidRDefault="00D67234" w:rsidP="004F0217">
      <w:pPr>
        <w:autoSpaceDE w:val="0"/>
        <w:autoSpaceDN w:val="0"/>
        <w:spacing w:before="262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:rsidR="00935871" w:rsidRPr="004F0217" w:rsidRDefault="00D67234" w:rsidP="004F0217">
      <w:pPr>
        <w:autoSpaceDE w:val="0"/>
        <w:autoSpaceDN w:val="0"/>
        <w:spacing w:before="166" w:after="0" w:line="240" w:lineRule="auto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Раздел 1. Россия — Родина моя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Легендарный герой земли русской Иван Сусанин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Стихотворения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(не менее одного). Например: С. Н. Марков «Сусанин», О. А. Ильина «Во время грозного и злого поединка…» и др.</w:t>
      </w: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935871" w:rsidRPr="004F0217">
          <w:pgSz w:w="11900" w:h="16840"/>
          <w:pgMar w:top="286" w:right="712" w:bottom="296" w:left="666" w:header="720" w:footer="720" w:gutter="0"/>
          <w:cols w:space="720" w:equalWidth="0">
            <w:col w:w="10522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35871" w:rsidRPr="004F0217" w:rsidRDefault="00D67234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П. Н. Полевой.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«Избранник Божий» (не менее двух глав по выбору).</w:t>
      </w:r>
    </w:p>
    <w:p w:rsidR="00935871" w:rsidRPr="004F0217" w:rsidRDefault="00D67234" w:rsidP="004F0217">
      <w:pPr>
        <w:autoSpaceDE w:val="0"/>
        <w:autoSpaceDN w:val="0"/>
        <w:spacing w:before="406" w:after="0" w:line="240" w:lineRule="auto"/>
        <w:ind w:right="86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Города земли русской</w:t>
      </w:r>
      <w:proofErr w:type="gramStart"/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</w:t>
      </w:r>
      <w:proofErr w:type="gramEnd"/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о Золотому кольцу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Стихотворения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(не менее трёх). Например: Ф. К. Сологуб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«Сквозь туман едва заметный…», М. А. Кузмин «Я знаю вас не понаслышке…», И. И. Кобзев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«П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оездка в Суздаль», В. А. Степанов «Золотое кольцо» и др.</w:t>
      </w:r>
    </w:p>
    <w:p w:rsidR="00935871" w:rsidRPr="004F0217" w:rsidRDefault="00D67234" w:rsidP="004F0217">
      <w:pPr>
        <w:autoSpaceDE w:val="0"/>
        <w:autoSpaceDN w:val="0"/>
        <w:spacing w:before="406" w:after="0" w:line="240" w:lineRule="auto"/>
        <w:ind w:right="1008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Родные просторы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Волга — русская река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Русские народные песни о Волге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(одна по выбору). Например: «Уж ты, Волга-река, Волга-матушка!..», «Вниз по матушке по Волге…» и др.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ind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Стихотворения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(не менее двух). Например: Н. А. Некрасов «Люблю я краткой той поры…» (из поэмы «Горе старого Наума»), В. С. Высоцкий «Песня о Волге» и др.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В. В. Розанов.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«Русский Нил» (один фрагмент по выбору).</w:t>
      </w:r>
    </w:p>
    <w:p w:rsidR="00935871" w:rsidRPr="004F0217" w:rsidRDefault="00D67234" w:rsidP="004F0217">
      <w:pPr>
        <w:autoSpaceDE w:val="0"/>
        <w:autoSpaceDN w:val="0"/>
        <w:spacing w:before="742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Раздел 2. Русские традиции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Праздники русского мира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Троица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Стихотворения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(не  менее  двух).  Например:  И.  А.  Бунин «Троица», С. А. Есенин «Троицыно утро, утренний канон…», Н. И.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Рыленков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«Возможно ль высказать без слов…» и др.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И. А. Новиков.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«Троицкая кукушка».</w:t>
      </w:r>
    </w:p>
    <w:p w:rsidR="00935871" w:rsidRPr="004F0217" w:rsidRDefault="00D67234" w:rsidP="004F0217">
      <w:pPr>
        <w:autoSpaceDE w:val="0"/>
        <w:autoSpaceDN w:val="0"/>
        <w:spacing w:before="406" w:after="0" w:line="240" w:lineRule="auto"/>
        <w:ind w:right="763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Тепло родного дома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Родство душ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Ф. А. Абрамов.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«Валенки».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Т. В. Михеева.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«Не предавай меня!» (две главы по выбору).</w:t>
      </w:r>
    </w:p>
    <w:p w:rsidR="00935871" w:rsidRPr="004F0217" w:rsidRDefault="00D67234" w:rsidP="004F0217">
      <w:pPr>
        <w:autoSpaceDE w:val="0"/>
        <w:autoSpaceDN w:val="0"/>
        <w:spacing w:before="742" w:after="0" w:line="240" w:lineRule="auto"/>
        <w:ind w:right="374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Раздел 3. Русский характер — русская душа</w:t>
      </w:r>
      <w:proofErr w:type="gramStart"/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Н</w:t>
      </w:r>
      <w:proofErr w:type="gramEnd"/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е до ордена — была бы Родина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Дети на войне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Э. Н. </w:t>
      </w:r>
      <w:proofErr w:type="spellStart"/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Веркин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«Облачный полк» (не менее двух глав по выбору).</w:t>
      </w:r>
    </w:p>
    <w:p w:rsidR="00935871" w:rsidRPr="004F0217" w:rsidRDefault="00D67234" w:rsidP="004F0217">
      <w:pPr>
        <w:autoSpaceDE w:val="0"/>
        <w:autoSpaceDN w:val="0"/>
        <w:spacing w:before="406" w:after="0" w:line="240" w:lineRule="auto"/>
        <w:ind w:right="763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Загадки русской души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Сеятель твой и хранитель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И. С. Тургенев.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«Сфинкс».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Ф. М. Достоевский.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«Мужик Марей».</w:t>
      </w:r>
    </w:p>
    <w:p w:rsidR="00935871" w:rsidRPr="004F0217" w:rsidRDefault="00D67234" w:rsidP="004F0217">
      <w:pPr>
        <w:autoSpaceDE w:val="0"/>
        <w:autoSpaceDN w:val="0"/>
        <w:spacing w:before="406" w:after="0" w:line="240" w:lineRule="auto"/>
        <w:ind w:right="288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О ваших ровесниках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Пора взросления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Б. Л. Васильев.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«Завтра была война» (не менее одной главы по выбору). </w:t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Г. Н. Щербакова.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«Вам и не 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снилось» (не менее одной главы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 выбору).</w:t>
      </w:r>
    </w:p>
    <w:p w:rsidR="00935871" w:rsidRPr="004F0217" w:rsidRDefault="00D67234" w:rsidP="004F0217">
      <w:pPr>
        <w:autoSpaceDE w:val="0"/>
        <w:autoSpaceDN w:val="0"/>
        <w:spacing w:before="406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Лишь слову жизнь дана</w:t>
      </w: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935871" w:rsidRPr="004F0217">
          <w:pgSz w:w="11900" w:h="16840"/>
          <w:pgMar w:top="310" w:right="704" w:bottom="416" w:left="666" w:header="720" w:footer="720" w:gutter="0"/>
          <w:cols w:space="720" w:equalWidth="0">
            <w:col w:w="10530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35871" w:rsidRPr="004F0217" w:rsidRDefault="00D67234" w:rsidP="004F0217">
      <w:pPr>
        <w:autoSpaceDE w:val="0"/>
        <w:autoSpaceDN w:val="0"/>
        <w:spacing w:after="0" w:line="240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Язык поэзии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Стихотворения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(не менее одного). Например: И. Ф. Анненский «Третий мучительный сонет» и др. </w:t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Дон </w:t>
      </w:r>
      <w:proofErr w:type="spellStart"/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Аминадо</w:t>
      </w:r>
      <w:proofErr w:type="spellEnd"/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.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«Наука стихосложения».</w:t>
      </w:r>
    </w:p>
    <w:p w:rsidR="00935871" w:rsidRPr="004F0217" w:rsidRDefault="00D67234" w:rsidP="004F0217">
      <w:pPr>
        <w:autoSpaceDE w:val="0"/>
        <w:autoSpaceDN w:val="0"/>
        <w:spacing w:before="262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935871" w:rsidRPr="004F0217" w:rsidRDefault="00D67234" w:rsidP="004F0217">
      <w:pPr>
        <w:autoSpaceDE w:val="0"/>
        <w:autoSpaceDN w:val="0"/>
        <w:spacing w:before="166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Раздел 1. Россия — Родина моя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Преданья старины глубокой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Гроза двенадцатого года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Русские народные песни об Отечественной войне 1812 года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(не менее одной). Например: «Как не две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тученьки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не две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грозныя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…»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Стихотворения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(не менее двух). Например: В. А. Жуковский «Певец 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стане русских воинов» (в сокращении), А. С. Пушкин «Полководец», «Бородинская годовщина», М. И. Цветаева «Генералам двенадцатого года» и др.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И. И. Лажечников.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«Новобранец 1812 года» (один фрагмент по выбору).</w:t>
      </w:r>
    </w:p>
    <w:p w:rsidR="00935871" w:rsidRPr="004F0217" w:rsidRDefault="00D67234" w:rsidP="004F0217">
      <w:pPr>
        <w:autoSpaceDE w:val="0"/>
        <w:autoSpaceDN w:val="0"/>
        <w:spacing w:before="406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Города земли русской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Петербург в русской литературе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Стихотворения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(не менее трёх). Например: А. С. Пушкин «Город пышный, город бедный…», О. Э.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Мандельштам «Петербургские строфы», А. А. Ахматова «Стихи о Петербурге» («Вновь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Исакий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облаченьи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…»), Д. С. Самойлов «Над Невой» («Весь город в плавных разворотах…») и др.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Л. В. Успенский.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«Записки старого петербуржца» (одна глава по выбору, например, «Фонарики-сударики»).</w:t>
      </w:r>
    </w:p>
    <w:p w:rsidR="00935871" w:rsidRPr="004F0217" w:rsidRDefault="00D67234" w:rsidP="004F0217">
      <w:pPr>
        <w:autoSpaceDE w:val="0"/>
        <w:autoSpaceDN w:val="0"/>
        <w:spacing w:before="406" w:after="0" w:line="240" w:lineRule="auto"/>
        <w:ind w:right="86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Родные просторы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Степь раздольная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Русские народные песни о степи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(одна по выбору). Например: «Уж ты, степь ли моя, степь Моздокская…», «Ах ты, степь широкая…» и др.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Стихотворения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(не менее двух). Например: П. А. Вяземский «Степь», И. З. Суриков «В степи» и др. </w:t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А. П. Чехов.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«Степь» (один фрагмент по выбору).</w:t>
      </w:r>
    </w:p>
    <w:p w:rsidR="00935871" w:rsidRPr="004F0217" w:rsidRDefault="00D67234" w:rsidP="004F0217">
      <w:pPr>
        <w:autoSpaceDE w:val="0"/>
        <w:autoSpaceDN w:val="0"/>
        <w:spacing w:before="744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Раздел 2. Русские традиции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Праздники русского мира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Августовские </w:t>
      </w:r>
      <w:proofErr w:type="spellStart"/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Спасы</w:t>
      </w:r>
      <w:proofErr w:type="spellEnd"/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Стихотворения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(не менее трёх). Например: К. Д. Бальмонт «Первый спас», Б. А. Ахмадулина «Ночь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упаданья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яблок», Е. А. Евтушенко «Само упало яблоко с небес…» и др.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Е. И. Носов.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«Яблочный спас».</w:t>
      </w:r>
    </w:p>
    <w:p w:rsidR="00935871" w:rsidRPr="004F0217" w:rsidRDefault="00D67234" w:rsidP="004F0217">
      <w:pPr>
        <w:autoSpaceDE w:val="0"/>
        <w:autoSpaceDN w:val="0"/>
        <w:spacing w:before="406" w:after="0" w:line="240" w:lineRule="auto"/>
        <w:ind w:right="331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Тепло родного дома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Родительский дом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А. П. Платонов.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«На заре туманной юности» (две главы по выбору).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В. П. Астафьев.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«Далёкая и близкая сказка» (рассказ из повести «Последний поклон»).</w:t>
      </w:r>
    </w:p>
    <w:p w:rsidR="00935871" w:rsidRPr="004F0217" w:rsidRDefault="00D67234" w:rsidP="004F0217">
      <w:pPr>
        <w:autoSpaceDE w:val="0"/>
        <w:autoSpaceDN w:val="0"/>
        <w:spacing w:before="742" w:after="0" w:line="240" w:lineRule="auto"/>
        <w:ind w:right="547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Раздел 3. Русский характер — русская душа</w:t>
      </w:r>
      <w:proofErr w:type="gramStart"/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Н</w:t>
      </w:r>
      <w:proofErr w:type="gramEnd"/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е до ордена — была бы Родина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Великая Отечественная война</w:t>
      </w: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935871" w:rsidRPr="004F0217">
          <w:pgSz w:w="11900" w:h="16840"/>
          <w:pgMar w:top="286" w:right="820" w:bottom="296" w:left="666" w:header="720" w:footer="720" w:gutter="0"/>
          <w:cols w:space="720" w:equalWidth="0">
            <w:col w:w="10414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35871" w:rsidRPr="004F0217" w:rsidRDefault="00D67234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Стихотворения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(не менее двух). Например: Н. П. Майоров «Мы», М. В.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Кульчицкий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«Мечтатель, фантазёр, 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лентяй-завистник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!..» и др.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Ю. М. Нагибин.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«Ваганов».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Е. И. Носов.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«Переправа».</w:t>
      </w:r>
    </w:p>
    <w:p w:rsidR="00935871" w:rsidRPr="004F0217" w:rsidRDefault="00D67234" w:rsidP="004F0217">
      <w:pPr>
        <w:autoSpaceDE w:val="0"/>
        <w:autoSpaceDN w:val="0"/>
        <w:spacing w:before="406" w:after="0" w:line="240" w:lineRule="auto"/>
        <w:ind w:right="691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Загадки русской души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Судьбы русских эмигрантов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Б. К. Зайцев.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«Лёгкое бремя».</w:t>
      </w:r>
    </w:p>
    <w:p w:rsidR="00935871" w:rsidRPr="004F0217" w:rsidRDefault="00D67234" w:rsidP="004F0217">
      <w:pPr>
        <w:autoSpaceDE w:val="0"/>
        <w:autoSpaceDN w:val="0"/>
        <w:spacing w:before="7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А. Т. Аверченко.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«Русское искусство».</w:t>
      </w:r>
    </w:p>
    <w:p w:rsidR="00935871" w:rsidRPr="004F0217" w:rsidRDefault="00D67234" w:rsidP="004F0217">
      <w:pPr>
        <w:autoSpaceDE w:val="0"/>
        <w:autoSpaceDN w:val="0"/>
        <w:spacing w:before="408" w:after="0" w:line="240" w:lineRule="auto"/>
        <w:ind w:right="216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О ваших ровесниках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Прощание с детством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Ю. И. Коваль.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«От Красных ворот» (не менее одного фрагмента по выбору).</w:t>
      </w:r>
    </w:p>
    <w:p w:rsidR="00935871" w:rsidRPr="004F0217" w:rsidRDefault="00D67234" w:rsidP="004F0217">
      <w:pPr>
        <w:autoSpaceDE w:val="0"/>
        <w:autoSpaceDN w:val="0"/>
        <w:spacing w:before="406" w:after="0" w:line="240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Лишь слову жизнь дана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«Припадаю к великой реке…»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Стихотворения 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(не менее двух). Например: И. А. Бродский «Мой народ», С. А.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Каргашин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«Я 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—р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усский! Спасибо, Господи!..» и др.</w:t>
      </w: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935871" w:rsidRPr="004F0217">
          <w:pgSz w:w="11900" w:h="16840"/>
          <w:pgMar w:top="310" w:right="1092" w:bottom="1440" w:left="666" w:header="720" w:footer="720" w:gutter="0"/>
          <w:cols w:space="720" w:equalWidth="0">
            <w:col w:w="10142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35871" w:rsidRPr="004F0217" w:rsidRDefault="00D67234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:rsidR="00935871" w:rsidRPr="004F0217" w:rsidRDefault="00D67234" w:rsidP="004F0217">
      <w:pPr>
        <w:autoSpaceDE w:val="0"/>
        <w:autoSpaceDN w:val="0"/>
        <w:spacing w:before="346" w:after="0" w:line="240" w:lineRule="auto"/>
        <w:ind w:right="43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Изучение учебного предмета «Родная литература (русская)» в основной школе направлено на достижение 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следующих личностных,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предметных результатов.</w:t>
      </w:r>
    </w:p>
    <w:p w:rsidR="00935871" w:rsidRPr="004F0217" w:rsidRDefault="00D67234" w:rsidP="004F0217">
      <w:pPr>
        <w:autoSpaceDE w:val="0"/>
        <w:autoSpaceDN w:val="0"/>
        <w:spacing w:before="262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935871" w:rsidRPr="004F0217" w:rsidRDefault="00D67234" w:rsidP="004F0217">
      <w:pPr>
        <w:autoSpaceDE w:val="0"/>
        <w:autoSpaceDN w:val="0"/>
        <w:spacing w:before="166" w:after="0" w:line="240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рабочей программы по предмету «Родная литература (русская)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»н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уровне основного общего образования достигаются в единстве учебной и воспитательной деятельности образовательной организации, реализующей программы основного общего образования,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 </w:t>
      </w:r>
    </w:p>
    <w:p w:rsidR="00935871" w:rsidRPr="004F0217" w:rsidRDefault="00D67234" w:rsidP="004F0217">
      <w:pPr>
        <w:autoSpaceDE w:val="0"/>
        <w:autoSpaceDN w:val="0"/>
        <w:spacing w:before="72" w:after="0" w:line="240" w:lineRule="auto"/>
        <w:ind w:firstLine="18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рабочей программы по предмету «Родная литература (русская)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»н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уровне основного общего образования должны отражать готовность обучающихся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деятельности, в том числе в части: 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Гражданского воспитания: </w:t>
      </w:r>
    </w:p>
    <w:p w:rsidR="00935871" w:rsidRPr="004F0217" w:rsidRDefault="00D67234" w:rsidP="004F0217">
      <w:pPr>
        <w:autoSpaceDE w:val="0"/>
        <w:autoSpaceDN w:val="0"/>
        <w:spacing w:before="178" w:after="0" w:line="240" w:lineRule="auto"/>
        <w:ind w:left="420"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активное участие в жизни семьи, образовательной организации, реализующей программы основного общего образования, местного сообщества, родного края, страны;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неприятие любых форм экстремизма, дискриминации;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понимание роли различных социальных институтов в жизни человека;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представление о способах противодействия коррупции;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935871" w:rsidRPr="004F0217" w:rsidRDefault="00D67234" w:rsidP="004F0217">
      <w:pPr>
        <w:autoSpaceDE w:val="0"/>
        <w:autoSpaceDN w:val="0"/>
        <w:spacing w:before="192" w:after="0" w:line="240" w:lineRule="auto"/>
        <w:ind w:left="420" w:right="115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готовность к участию в гуманитарной деятельности (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волонтёрство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помощь людям, нуждающимся в ней);</w:t>
      </w:r>
    </w:p>
    <w:p w:rsidR="00935871" w:rsidRPr="004F0217" w:rsidRDefault="00D67234" w:rsidP="004F0217">
      <w:pPr>
        <w:autoSpaceDE w:val="0"/>
        <w:autoSpaceDN w:val="0"/>
        <w:spacing w:before="298" w:after="0" w:line="24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Патриотического воспитания</w:t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</w:p>
    <w:p w:rsidR="00935871" w:rsidRPr="004F0217" w:rsidRDefault="00D67234" w:rsidP="004F0217">
      <w:pPr>
        <w:autoSpaceDE w:val="0"/>
        <w:autoSpaceDN w:val="0"/>
        <w:spacing w:before="178" w:after="0" w:line="240" w:lineRule="auto"/>
        <w:ind w:left="420"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осознание российской гражданской идентичности в поликультурном и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ценностное отношение к достижениям своей Родины — России, к науке, искусству, спорту, технологиям, боевым подвигам и трудовым достижениям народа;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935871" w:rsidRPr="004F0217" w:rsidRDefault="00D67234" w:rsidP="004F0217">
      <w:pPr>
        <w:autoSpaceDE w:val="0"/>
        <w:autoSpaceDN w:val="0"/>
        <w:spacing w:before="298" w:after="0" w:line="24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Духовно-нравственного воспитания:</w:t>
      </w:r>
    </w:p>
    <w:p w:rsidR="00935871" w:rsidRPr="004F0217" w:rsidRDefault="00D67234" w:rsidP="004F0217">
      <w:pPr>
        <w:autoSpaceDE w:val="0"/>
        <w:autoSpaceDN w:val="0"/>
        <w:spacing w:before="178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ориентация на моральные ценности и нормы в ситуациях нравственного выбора;</w:t>
      </w: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935871" w:rsidRPr="004F0217">
          <w:pgSz w:w="11900" w:h="16840"/>
          <w:pgMar w:top="298" w:right="650" w:bottom="33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35871" w:rsidRPr="004F0217" w:rsidRDefault="00D67234" w:rsidP="004F0217">
      <w:pPr>
        <w:autoSpaceDE w:val="0"/>
        <w:autoSpaceDN w:val="0"/>
        <w:spacing w:after="0" w:line="240" w:lineRule="auto"/>
        <w:ind w:left="240"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24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935871" w:rsidRPr="004F0217" w:rsidRDefault="00D67234" w:rsidP="004F0217">
      <w:pPr>
        <w:autoSpaceDE w:val="0"/>
        <w:autoSpaceDN w:val="0"/>
        <w:spacing w:before="298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Эстетического воспитания:</w:t>
      </w:r>
    </w:p>
    <w:p w:rsidR="00935871" w:rsidRPr="004F0217" w:rsidRDefault="00D67234" w:rsidP="004F0217">
      <w:pPr>
        <w:autoSpaceDE w:val="0"/>
        <w:autoSpaceDN w:val="0"/>
        <w:spacing w:before="178" w:after="0" w:line="240" w:lineRule="auto"/>
        <w:ind w:left="240" w:right="86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восприимчивость к разным видам искусства, традициям и творчеству своего и других народов, понимание эмоционального воздействия искусства; 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240" w:right="1728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осознание важности художественной культуры как средства коммуникации и самовыражения; </w:t>
      </w:r>
    </w:p>
    <w:p w:rsidR="00935871" w:rsidRPr="004F0217" w:rsidRDefault="00D67234" w:rsidP="004F0217">
      <w:pPr>
        <w:autoSpaceDE w:val="0"/>
        <w:autoSpaceDN w:val="0"/>
        <w:spacing w:before="192" w:after="0" w:line="240" w:lineRule="auto"/>
        <w:ind w:left="240"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понимание ценности отечественного и мирового искусства, роли этнических культурных традиций и народного творчества; 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24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стремление к самовыражению в разных видах искусства;</w:t>
      </w:r>
    </w:p>
    <w:p w:rsidR="00935871" w:rsidRPr="004F0217" w:rsidRDefault="00D67234" w:rsidP="004F0217">
      <w:pPr>
        <w:autoSpaceDE w:val="0"/>
        <w:autoSpaceDN w:val="0"/>
        <w:spacing w:before="298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935871" w:rsidRPr="004F0217" w:rsidRDefault="00D67234" w:rsidP="004F0217">
      <w:pPr>
        <w:autoSpaceDE w:val="0"/>
        <w:autoSpaceDN w:val="0"/>
        <w:spacing w:before="178" w:after="0" w:line="240" w:lineRule="auto"/>
        <w:ind w:left="24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осознание ценности жизни; 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24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240"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240"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соблюдение правил безопасности, в том числе навыков безопасного поведения в 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интернет-среде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; 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24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способность адаптироваться к стрессовым ситуациям и меняющимся социальным,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информационным и природным условиям, в том числе осмысляя собственный опыт и выстраивая дальнейшие цели;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24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умение принимать себя и других, не осуждая;</w:t>
      </w:r>
    </w:p>
    <w:p w:rsidR="00935871" w:rsidRPr="004F0217" w:rsidRDefault="00D67234" w:rsidP="004F0217">
      <w:pPr>
        <w:autoSpaceDE w:val="0"/>
        <w:autoSpaceDN w:val="0"/>
        <w:spacing w:before="192" w:after="0" w:line="240" w:lineRule="auto"/>
        <w:ind w:left="240"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умение осознавать эмоциональное состояние себя и других, умение управлять собственным эмоциональным состоянием;</w:t>
      </w:r>
    </w:p>
    <w:p w:rsidR="00935871" w:rsidRPr="004F0217" w:rsidRDefault="00D67234" w:rsidP="004F0217">
      <w:pPr>
        <w:autoSpaceDE w:val="0"/>
        <w:autoSpaceDN w:val="0"/>
        <w:spacing w:before="192" w:after="0" w:line="240" w:lineRule="auto"/>
        <w:ind w:left="240"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навыка рефлексии, признание своего права на ошибку и такого же права другого человека; </w:t>
      </w:r>
    </w:p>
    <w:p w:rsidR="00935871" w:rsidRPr="004F0217" w:rsidRDefault="00D67234" w:rsidP="004F0217">
      <w:pPr>
        <w:autoSpaceDE w:val="0"/>
        <w:autoSpaceDN w:val="0"/>
        <w:spacing w:before="298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Трудового воспитания:</w:t>
      </w:r>
    </w:p>
    <w:p w:rsidR="00935871" w:rsidRPr="004F0217" w:rsidRDefault="00D67234" w:rsidP="004F0217">
      <w:pPr>
        <w:autoSpaceDE w:val="0"/>
        <w:autoSpaceDN w:val="0"/>
        <w:spacing w:before="178" w:after="0" w:line="240" w:lineRule="auto"/>
        <w:ind w:left="24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установка на активное участие в решении практических задач (в рамках семьи,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образовательной организации, реализующей программы основного общего образования,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240" w:right="7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интерес к практическому изучению профессий и труда различного рода, в том числе на основе применения изучаемого предметного знания; 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240"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935871" w:rsidRPr="004F0217">
          <w:pgSz w:w="11900" w:h="16840"/>
          <w:pgMar w:top="334" w:right="736" w:bottom="452" w:left="846" w:header="720" w:footer="720" w:gutter="0"/>
          <w:cols w:space="720" w:equalWidth="0">
            <w:col w:w="10318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35871" w:rsidRPr="004F0217" w:rsidRDefault="00D67234" w:rsidP="004F0217">
      <w:pPr>
        <w:autoSpaceDE w:val="0"/>
        <w:autoSpaceDN w:val="0"/>
        <w:spacing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готовность адаптироваться в профессиональной среде; 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уважение к труду и результатам трудовой деятельности; 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осознанный выбор и построение индивидуальной траектории образования и жизненных планов с учётом личных и общественных интересов и потребностей; </w:t>
      </w:r>
    </w:p>
    <w:p w:rsidR="00935871" w:rsidRPr="004F0217" w:rsidRDefault="00D67234" w:rsidP="004F0217">
      <w:pPr>
        <w:autoSpaceDE w:val="0"/>
        <w:autoSpaceDN w:val="0"/>
        <w:spacing w:before="178" w:after="0" w:line="24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Экологического воспитания:</w:t>
      </w:r>
    </w:p>
    <w:p w:rsidR="00935871" w:rsidRPr="004F0217" w:rsidRDefault="00D67234" w:rsidP="004F0217">
      <w:pPr>
        <w:autoSpaceDE w:val="0"/>
        <w:autoSpaceDN w:val="0"/>
        <w:spacing w:before="178" w:after="0" w:line="240" w:lineRule="auto"/>
        <w:ind w:left="420"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935871" w:rsidRPr="004F0217" w:rsidRDefault="00D67234" w:rsidP="004F0217">
      <w:pPr>
        <w:autoSpaceDE w:val="0"/>
        <w:autoSpaceDN w:val="0"/>
        <w:spacing w:before="192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повышение уровня экологической культуры, осознание глобального характера экологических проблем и путей их решения; 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активное неприятие действий, приносящих вред окружающей среде; 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осознание своей роли как гражданина и потребителя в условиях взаимосвязи природной, технологической и социальной среды; 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готовность к участию в практической деятельности экологической направленности;</w:t>
      </w:r>
    </w:p>
    <w:p w:rsidR="00935871" w:rsidRPr="004F0217" w:rsidRDefault="00D67234" w:rsidP="004F0217">
      <w:pPr>
        <w:autoSpaceDE w:val="0"/>
        <w:autoSpaceDN w:val="0"/>
        <w:spacing w:before="178" w:after="0" w:line="24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Ценности научного познания:</w:t>
      </w:r>
    </w:p>
    <w:p w:rsidR="00935871" w:rsidRPr="004F0217" w:rsidRDefault="00D67234" w:rsidP="004F0217">
      <w:pPr>
        <w:autoSpaceDE w:val="0"/>
        <w:autoSpaceDN w:val="0"/>
        <w:spacing w:before="178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овладение языковой и читательской культурой как средством познания мира; 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индивидуального и коллективного благополучия.</w:t>
      </w:r>
    </w:p>
    <w:p w:rsidR="00935871" w:rsidRPr="004F0217" w:rsidRDefault="00D67234" w:rsidP="004F0217">
      <w:pPr>
        <w:tabs>
          <w:tab w:val="left" w:pos="180"/>
        </w:tabs>
        <w:autoSpaceDE w:val="0"/>
        <w:autoSpaceDN w:val="0"/>
        <w:spacing w:before="298" w:after="0" w:line="240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Личностные результаты, обеспечивающие </w:t>
      </w:r>
      <w:r w:rsidRPr="004F021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адаптацию </w:t>
      </w:r>
      <w:proofErr w:type="gramStart"/>
      <w:r w:rsidRPr="004F021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обучающегося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 изменяющимся условиям социальной и природной среды:</w:t>
      </w:r>
    </w:p>
    <w:p w:rsidR="00935871" w:rsidRPr="004F0217" w:rsidRDefault="00D67234" w:rsidP="004F0217">
      <w:pPr>
        <w:autoSpaceDE w:val="0"/>
        <w:autoSpaceDN w:val="0"/>
        <w:spacing w:before="178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способность обучающихся 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взаимодействию в условиях неопределённости, открытость опыту и знаниям других;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способность действовать в условиях неопределённости, повышать уровень своей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компетентности через практическую деятельность, в том числе умение учиться у других людей, воспринимать в совместной деятельности новые знания, навыки и компетенции из опыта других;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своё развитие;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 w:right="86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умение оперировать основными понятиями, терминами и представлениями в области концепции устойчивого развития;</w:t>
      </w: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935871" w:rsidRPr="004F0217">
          <w:pgSz w:w="11900" w:h="16840"/>
          <w:pgMar w:top="328" w:right="768" w:bottom="302" w:left="666" w:header="720" w:footer="720" w:gutter="0"/>
          <w:cols w:space="720" w:equalWidth="0">
            <w:col w:w="10466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35871" w:rsidRPr="004F0217" w:rsidRDefault="00D67234" w:rsidP="004F0217">
      <w:pPr>
        <w:autoSpaceDE w:val="0"/>
        <w:autoSpaceDN w:val="0"/>
        <w:spacing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умение анализировать и выявлять взаимосвязи природы, общества и экономики;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умение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  <w:proofErr w:type="gramEnd"/>
    </w:p>
    <w:p w:rsidR="00935871" w:rsidRPr="004F0217" w:rsidRDefault="00D67234" w:rsidP="004F0217">
      <w:pPr>
        <w:autoSpaceDE w:val="0"/>
        <w:autoSpaceDN w:val="0"/>
        <w:spacing w:before="324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935871" w:rsidRPr="004F0217" w:rsidRDefault="00D67234" w:rsidP="004F0217">
      <w:pPr>
        <w:autoSpaceDE w:val="0"/>
        <w:autoSpaceDN w:val="0"/>
        <w:spacing w:before="168" w:after="0" w:line="24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Овладение универсальными учебными </w:t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познавательными действиями.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Базовые логические действия:</w:t>
      </w:r>
    </w:p>
    <w:p w:rsidR="00935871" w:rsidRPr="004F0217" w:rsidRDefault="00D67234" w:rsidP="004F0217">
      <w:pPr>
        <w:autoSpaceDE w:val="0"/>
        <w:autoSpaceDN w:val="0"/>
        <w:spacing w:before="178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выявлять и характеризовать существенные признаки объектов (явлений);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устанавливать существенный признак классификации, основания для обобщения и сравнения, критерии проводимого анализа;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с учётом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выявлять дефициты информации, данных, необходимых для решения поставленной задачи;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выявлять причинно-следственные связи при изучении явлений и процессов;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35871" w:rsidRPr="004F0217" w:rsidRDefault="00D67234" w:rsidP="004F0217">
      <w:pPr>
        <w:autoSpaceDE w:val="0"/>
        <w:autoSpaceDN w:val="0"/>
        <w:spacing w:before="178" w:after="0" w:line="24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Базовые исследовательские действия:</w:t>
      </w:r>
    </w:p>
    <w:p w:rsidR="00935871" w:rsidRPr="004F0217" w:rsidRDefault="00D67234" w:rsidP="004F0217">
      <w:pPr>
        <w:autoSpaceDE w:val="0"/>
        <w:autoSpaceDN w:val="0"/>
        <w:spacing w:before="178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использовать вопросы как исследовательский инструмент познания;</w:t>
      </w:r>
    </w:p>
    <w:p w:rsidR="00935871" w:rsidRPr="004F0217" w:rsidRDefault="00D67234" w:rsidP="004F0217">
      <w:pPr>
        <w:autoSpaceDE w:val="0"/>
        <w:autoSpaceDN w:val="0"/>
        <w:spacing w:before="192" w:after="0" w:line="240" w:lineRule="auto"/>
        <w:ind w:left="420"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935871" w:rsidRPr="004F0217" w:rsidRDefault="00D67234" w:rsidP="004F0217">
      <w:pPr>
        <w:autoSpaceDE w:val="0"/>
        <w:autoSpaceDN w:val="0"/>
        <w:spacing w:before="192" w:after="0" w:line="240" w:lineRule="auto"/>
        <w:ind w:left="420" w:right="1296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формировать гипотезу об истинности собственных суждений и суждений других, аргументировать свою позицию, мнение;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 w:right="1008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оценивать на применимость и достоверность информации, полученной в ходе исследования (эксперимента);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</w:t>
      </w: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935871" w:rsidRPr="004F0217">
          <w:pgSz w:w="11900" w:h="16840"/>
          <w:pgMar w:top="364" w:right="736" w:bottom="362" w:left="666" w:header="720" w:footer="720" w:gutter="0"/>
          <w:cols w:space="720" w:equalWidth="0">
            <w:col w:w="10498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35871" w:rsidRPr="004F0217" w:rsidRDefault="00D67234" w:rsidP="004F0217">
      <w:pPr>
        <w:autoSpaceDE w:val="0"/>
        <w:autoSpaceDN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условиях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контекстах.</w:t>
      </w:r>
    </w:p>
    <w:p w:rsidR="00935871" w:rsidRPr="004F0217" w:rsidRDefault="00D67234" w:rsidP="004F0217">
      <w:pPr>
        <w:autoSpaceDE w:val="0"/>
        <w:autoSpaceDN w:val="0"/>
        <w:spacing w:before="178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Работа с информацией:</w:t>
      </w:r>
    </w:p>
    <w:p w:rsidR="00935871" w:rsidRPr="004F0217" w:rsidRDefault="00D67234" w:rsidP="004F0217">
      <w:pPr>
        <w:autoSpaceDE w:val="0"/>
        <w:autoSpaceDN w:val="0"/>
        <w:spacing w:before="178" w:after="0" w:line="240" w:lineRule="auto"/>
        <w:ind w:left="240"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240"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выбирать, анализировать, систематизировать и интерпретировать информацию различных видов и форм представления;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240"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935871" w:rsidRPr="004F0217" w:rsidRDefault="00D67234" w:rsidP="004F0217">
      <w:pPr>
        <w:autoSpaceDE w:val="0"/>
        <w:autoSpaceDN w:val="0"/>
        <w:spacing w:before="192" w:after="0" w:line="240" w:lineRule="auto"/>
        <w:ind w:left="24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935871" w:rsidRPr="004F0217" w:rsidRDefault="00D67234" w:rsidP="004F0217">
      <w:pPr>
        <w:autoSpaceDE w:val="0"/>
        <w:autoSpaceDN w:val="0"/>
        <w:spacing w:before="192" w:after="0" w:line="240" w:lineRule="auto"/>
        <w:ind w:left="240" w:right="115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24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эффективно запоминать и систематизировать информацию.</w:t>
      </w:r>
    </w:p>
    <w:p w:rsidR="00935871" w:rsidRPr="004F0217" w:rsidRDefault="00D67234" w:rsidP="004F0217">
      <w:pPr>
        <w:autoSpaceDE w:val="0"/>
        <w:autoSpaceDN w:val="0"/>
        <w:spacing w:before="298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Овладение универсальными учебными</w:t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коммуникативными действиями.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1) Общение:</w:t>
      </w:r>
    </w:p>
    <w:p w:rsidR="00935871" w:rsidRPr="004F0217" w:rsidRDefault="00D67234" w:rsidP="004F0217">
      <w:pPr>
        <w:autoSpaceDE w:val="0"/>
        <w:autoSpaceDN w:val="0"/>
        <w:spacing w:before="178" w:after="0" w:line="240" w:lineRule="auto"/>
        <w:ind w:left="240"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воспринимать и формулировать суждения, выражать эмоции в соответствии с целями и условиями общения; 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24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выражать себя (свою точку зрения) в устных и письменных текстах; 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24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240" w:right="1008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понимать намерения других, проявлять уважительное отношение к собеседнику и в корректной форме формулировать свои возражения; 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24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240" w:right="86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сопоставлять свои суждения с суждениями других участников диалога, обнаруживать различие и сходство позиций; </w:t>
      </w:r>
    </w:p>
    <w:p w:rsidR="00935871" w:rsidRPr="004F0217" w:rsidRDefault="00D67234" w:rsidP="004F0217">
      <w:pPr>
        <w:autoSpaceDE w:val="0"/>
        <w:autoSpaceDN w:val="0"/>
        <w:spacing w:before="192" w:after="0" w:line="240" w:lineRule="auto"/>
        <w:ind w:left="240" w:right="7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публично представлять результаты выполненного опыта (эксперимента, исследования, проекта); 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240"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935871" w:rsidRPr="004F0217" w:rsidRDefault="00D67234" w:rsidP="004F0217">
      <w:pPr>
        <w:autoSpaceDE w:val="0"/>
        <w:autoSpaceDN w:val="0"/>
        <w:spacing w:before="178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2) Совместная деятельность:</w:t>
      </w:r>
    </w:p>
    <w:p w:rsidR="00935871" w:rsidRPr="004F0217" w:rsidRDefault="00D67234" w:rsidP="004F0217">
      <w:pPr>
        <w:autoSpaceDE w:val="0"/>
        <w:autoSpaceDN w:val="0"/>
        <w:spacing w:before="178" w:after="0" w:line="240" w:lineRule="auto"/>
        <w:ind w:left="240"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взаимодействия при решении поставленной задачи;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240"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240"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уметь обобщать мнения 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нескольких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людей, проявлять готовность руководить, выполнять поручения, подчиняться;</w:t>
      </w: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935871" w:rsidRPr="004F0217">
          <w:pgSz w:w="11900" w:h="16840"/>
          <w:pgMar w:top="286" w:right="734" w:bottom="332" w:left="846" w:header="720" w:footer="720" w:gutter="0"/>
          <w:cols w:space="720" w:equalWidth="0">
            <w:col w:w="10320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35871" w:rsidRPr="004F0217" w:rsidRDefault="00D67234" w:rsidP="004F0217">
      <w:pPr>
        <w:autoSpaceDE w:val="0"/>
        <w:autoSpaceDN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выполнять свою часть работы, достигать качественного результата по своему направлению и координировать свои действия с другими членами команды;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оценивать качество своего вклада в общий продукт по критериям, самостоятельно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сформулированным участниками взаимодействия;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935871" w:rsidRPr="004F0217" w:rsidRDefault="00D67234" w:rsidP="004F0217">
      <w:pPr>
        <w:autoSpaceDE w:val="0"/>
        <w:autoSpaceDN w:val="0"/>
        <w:spacing w:before="298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Овладение универсальными учебными </w:t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регулятивными действиями.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240" w:right="720" w:hanging="24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1) Самоорганизация: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выявлять проблемы для решения в жизненных и учебных ситуациях;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ориентироваться в различных подходах принятия решений (индивидуальное, принятие решения в группе, принятие решений группой);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делать выбор и брать ответственность за решение.</w:t>
      </w:r>
    </w:p>
    <w:p w:rsidR="00935871" w:rsidRPr="004F0217" w:rsidRDefault="00D67234" w:rsidP="004F0217">
      <w:pPr>
        <w:autoSpaceDE w:val="0"/>
        <w:autoSpaceDN w:val="0"/>
        <w:spacing w:before="178" w:after="0" w:line="240" w:lineRule="auto"/>
        <w:ind w:left="240" w:hanging="24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2) Самоконтроль: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владеть способами самоконтроля,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самомотивации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рефлексии;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давать адекватную оценку ситуации и предлагать план её изменения;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учитывать контекст и предвидеть трудности, которые могут возникнуть при решении учебной задачи, адаптировать решение к меняющимся обстоятельствам;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объяснять причины достижения (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) результатов деятельности, давать оценку приобретённому опыту, уметь находить позитивное в произошедшей ситуации;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вносить коррективы в деятельность на основе новых обстоятельств, изменившихся ситуаций, установленных ошибок, возникших трудностей;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оценивать соответствие результата цели и условиям.</w:t>
      </w:r>
    </w:p>
    <w:p w:rsidR="00935871" w:rsidRPr="004F0217" w:rsidRDefault="00D67234" w:rsidP="004F0217">
      <w:pPr>
        <w:autoSpaceDE w:val="0"/>
        <w:autoSpaceDN w:val="0"/>
        <w:spacing w:before="178" w:after="0" w:line="240" w:lineRule="auto"/>
        <w:ind w:left="240" w:right="1296" w:hanging="24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3) Эмоциональный интеллект: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различать, называть и управлять собственными эмоциями и эмоциями других; —  выявлять и анализировать причины эмоций;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ставить себя на место другого человека, понимать мотивы и намерения другого; —  регулировать способ выражения эмоций.</w:t>
      </w: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935871" w:rsidRPr="004F0217">
          <w:pgSz w:w="11900" w:h="16840"/>
          <w:pgMar w:top="334" w:right="720" w:bottom="392" w:left="846" w:header="720" w:footer="720" w:gutter="0"/>
          <w:cols w:space="720" w:equalWidth="0">
            <w:col w:w="10334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35871" w:rsidRPr="004F0217" w:rsidRDefault="00D67234" w:rsidP="004F0217">
      <w:pPr>
        <w:autoSpaceDE w:val="0"/>
        <w:autoSpaceDN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4) Принятие себя и других:</w:t>
      </w:r>
    </w:p>
    <w:p w:rsidR="00935871" w:rsidRPr="004F0217" w:rsidRDefault="00D67234" w:rsidP="004F0217">
      <w:pPr>
        <w:autoSpaceDE w:val="0"/>
        <w:autoSpaceDN w:val="0"/>
        <w:spacing w:before="178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осознанно относиться к другому человеку, его мнению; 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признавать своё право на ошибку и такое же право 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другого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; 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принимать себя и других, не осуждая; 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открытость себе и другим; </w:t>
      </w:r>
    </w:p>
    <w:p w:rsidR="00935871" w:rsidRPr="004F0217" w:rsidRDefault="00D67234" w:rsidP="004F0217">
      <w:pPr>
        <w:autoSpaceDE w:val="0"/>
        <w:autoSpaceDN w:val="0"/>
        <w:spacing w:before="190" w:after="0" w:line="240" w:lineRule="auto"/>
        <w:ind w:left="4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осознавать невозможность контролировать всё вокруг.</w:t>
      </w:r>
    </w:p>
    <w:p w:rsidR="00935871" w:rsidRPr="004F0217" w:rsidRDefault="00D67234" w:rsidP="004F0217">
      <w:pPr>
        <w:autoSpaceDE w:val="0"/>
        <w:autoSpaceDN w:val="0"/>
        <w:spacing w:before="322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935871" w:rsidRPr="004F0217" w:rsidRDefault="00D67234" w:rsidP="004F0217">
      <w:pPr>
        <w:autoSpaceDE w:val="0"/>
        <w:autoSpaceDN w:val="0"/>
        <w:spacing w:before="264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935871" w:rsidRPr="004F0217" w:rsidRDefault="00D67234" w:rsidP="004F0217">
      <w:pPr>
        <w:tabs>
          <w:tab w:val="left" w:pos="180"/>
        </w:tabs>
        <w:autoSpaceDE w:val="0"/>
        <w:autoSpaceDN w:val="0"/>
        <w:spacing w:before="168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1) Выделять проблематику русских народных и литературных сказок,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России; осознавать ключевые для русского национального сознания культурные и нравственные смыслы в произведениях о Москве как столице России и о русском лесе;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2) иметь начальные представления о богатстве русской литературы и культуры в контексте культур народов России; о русских национальных традициях в рождественских произведениях и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произведениях о семейных ценностях;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3) иметь начальное понятие о русском национальном характере, его парадоксах и загадках русской души в произведениях о защите Родины в Отечественной войне 1812 года, о проблемах подростков и о своеобразии русского языка и родной речи;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4) владеть умением давать смысловой анализ фольклорного и литературного текста на основе наводящих вопросов; 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под руководством учителя создавать элементарные историко-культурные комментарии и собственные тексты интерпретирующего характера в формате ответа на вопрос, сопоставлять произведения словесного искусства с произведениями других искусств и учиться отбирать произведения для самостоятельного чтения;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5) иметь начальные представления о проектно-исследовательской деятельности, оформлении и предъявлении её результатов, владеть элементарными умениями работы с разными источниками информации.</w:t>
      </w:r>
      <w:proofErr w:type="gramEnd"/>
    </w:p>
    <w:p w:rsidR="00935871" w:rsidRPr="004F0217" w:rsidRDefault="00D67234" w:rsidP="004F0217">
      <w:pPr>
        <w:autoSpaceDE w:val="0"/>
        <w:autoSpaceDN w:val="0"/>
        <w:spacing w:before="262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935871" w:rsidRPr="004F0217" w:rsidRDefault="00D67234" w:rsidP="004F0217">
      <w:pPr>
        <w:tabs>
          <w:tab w:val="left" w:pos="180"/>
        </w:tabs>
        <w:autoSpaceDE w:val="0"/>
        <w:autoSpaceDN w:val="0"/>
        <w:spacing w:before="168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1) 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народов, устанавливать связи между ними на уровне тематики, проблематики, образов; осознавать ключевые для русского национального сознания культурные и нравственные смыслы в произведениях о русском севере и русской зиме;</w:t>
      </w:r>
      <w:proofErr w:type="gramEnd"/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2) иметь представления о богатстве русской литературы и культуры в контексте культур народов России, о русских национальных традициях в произведениях о русской масленице, о родном крае и русском доме;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3) иметь начальное понятие о русском национальном характере, его парадоксах и загадках русской души в произведениях о защите Родины в Крымской войне 1853—1856 годов, об оптимизме и взаимопомощи как основных чертах русского человека, реальности и мечтах в книгах о подростках и о богатстве русского языка и родной речи;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4) владеть умением давать смысловой анализ фольклорного и литературного текста на основе наводящих вопросов или по предложенному плану; создавать краткие историко-культурные комментарии и собственные тексты интерпретирующего характера в формате ответа на вопрос,</w:t>
      </w: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935871" w:rsidRPr="004F0217">
          <w:pgSz w:w="11900" w:h="16840"/>
          <w:pgMar w:top="298" w:right="776" w:bottom="392" w:left="666" w:header="720" w:footer="720" w:gutter="0"/>
          <w:cols w:space="720" w:equalWidth="0">
            <w:col w:w="10458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35871" w:rsidRPr="004F0217" w:rsidRDefault="00D67234" w:rsidP="004F0217">
      <w:pPr>
        <w:tabs>
          <w:tab w:val="left" w:pos="180"/>
        </w:tabs>
        <w:autoSpaceDE w:val="0"/>
        <w:autoSpaceDN w:val="0"/>
        <w:spacing w:after="0" w:line="240" w:lineRule="auto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анализа поэтического текста, характеристики героя; под руководством учителя сопоставлять произведения словесного искусства с произведениями других искусств; самостоятельно отбирать произведения для внеклассного чтения;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5) владеть начальными навыками осуществления самостоятельной проектно-исследовательской деятельности и оформления ее результатов, работы с разными источниками информации и простейшими способами её обработки и презентации.</w:t>
      </w:r>
    </w:p>
    <w:p w:rsidR="00935871" w:rsidRPr="004F0217" w:rsidRDefault="00D67234" w:rsidP="004F0217">
      <w:pPr>
        <w:autoSpaceDE w:val="0"/>
        <w:autoSpaceDN w:val="0"/>
        <w:spacing w:before="262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935871" w:rsidRPr="004F0217" w:rsidRDefault="00D67234" w:rsidP="004F0217">
      <w:pPr>
        <w:tabs>
          <w:tab w:val="left" w:pos="180"/>
        </w:tabs>
        <w:autoSpaceDE w:val="0"/>
        <w:autoSpaceDN w:val="0"/>
        <w:spacing w:before="166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1) Выделять проблематику и понимать эстетическое своеобразие русских народных песен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(исторических и лирических), выявлять фольклорные сюжеты и мотивы в русской литературе для развития представлений о нравственном идеале русского народа; осознавать ключевые для русского национального сознания культурные и нравственные смыслы в произведениях о сибирском крае и русском поле;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2) иметь устойчивые представления о богатстве русской литературы и культуры в контексте культур народов России; русских национальных традициях в произведениях о православном праздновании Пасхи и о русских умельцах и мастерах;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3)иметь понятие о русском национальном характере, истоках русского патриотизма и героизма в произведениях о защите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Родины; о загадках русской души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;в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зрослых проблемах, которые приходится решать подросткам; 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 уникальности русского языка и родной речи;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4) владеть умением давать смысловой анализ фольклорного и литературного текста по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предложенному плану и воспринимать художественный текст как послание автора читателю, современнику и потомку; создавать историко-культурные комментарии и собственные тексты интерпретирующего характера в формате сравнительной характеристики героев, ответа на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проблемный вопрос; под руководством учителя сопоставлять произведения словесного искусства с произведениями других искусств;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самостоятельно отбирать произведения для внеклассного чтения;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5) владеть умениями самостоятельной проектно-исследовательской деятельности и оформления её результатов, навыками работы с разными источниками информации и основными способами её обработки и презентации.</w:t>
      </w:r>
    </w:p>
    <w:p w:rsidR="00935871" w:rsidRPr="004F0217" w:rsidRDefault="00D67234" w:rsidP="004F0217">
      <w:pPr>
        <w:autoSpaceDE w:val="0"/>
        <w:autoSpaceDN w:val="0"/>
        <w:spacing w:before="262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:rsidR="00935871" w:rsidRPr="004F0217" w:rsidRDefault="00D67234" w:rsidP="004F0217">
      <w:pPr>
        <w:tabs>
          <w:tab w:val="left" w:pos="180"/>
        </w:tabs>
        <w:autoSpaceDE w:val="0"/>
        <w:autoSpaceDN w:val="0"/>
        <w:spacing w:before="168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1) 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народа;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Волге;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2) иметь устойчивые представления о богатстве русской литературы и культуры в контексте культур народов России;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русских национальных традициях в произведениях о православном праздновании Троицы и о родстве душ русских людей;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3) иметь понятие о русском национальном характере в произведениях о войне; о русском человеке как хранителе национального сознания; трудной поре взросления; о языке русской поэзии;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4) владеть умением давать самостоятельный смысловой и идейно-эстетический анализ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фольклорного и литературного текста и воспринимать художественный текст как послание автора читателю, современнику и потомку; создавать развёрнутые историко-культурные комментарии и собственные тексты интерпретирующего характера в формате анализа эпизода, ответа на проблемный вопрос; самостоятельно сопоставлять произведения словесного искусства с произведениями других искусств; самостоятельно отбирать произведения для внеклассного чтения;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5) владеть умениями самостоятельной проектно-исследовательской деятельности и оформления её</w:t>
      </w: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935871" w:rsidRPr="004F0217">
          <w:pgSz w:w="11900" w:h="16840"/>
          <w:pgMar w:top="286" w:right="652" w:bottom="318" w:left="666" w:header="720" w:footer="720" w:gutter="0"/>
          <w:cols w:space="720" w:equalWidth="0">
            <w:col w:w="10582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35871" w:rsidRPr="004F0217" w:rsidRDefault="00D67234" w:rsidP="004F0217">
      <w:pPr>
        <w:autoSpaceDE w:val="0"/>
        <w:autoSpaceDN w:val="0"/>
        <w:spacing w:after="0" w:line="240" w:lineRule="auto"/>
        <w:ind w:right="720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результатов, навыками работы с разными источниками информации и основными способами её обработки и презентации.</w:t>
      </w:r>
    </w:p>
    <w:p w:rsidR="00935871" w:rsidRPr="004F0217" w:rsidRDefault="00D67234" w:rsidP="004F0217">
      <w:pPr>
        <w:autoSpaceDE w:val="0"/>
        <w:autoSpaceDN w:val="0"/>
        <w:spacing w:before="262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935871" w:rsidRPr="004F0217" w:rsidRDefault="00D67234" w:rsidP="004F0217">
      <w:pPr>
        <w:tabs>
          <w:tab w:val="left" w:pos="180"/>
        </w:tabs>
        <w:autoSpaceDE w:val="0"/>
        <w:autoSpaceDN w:val="0"/>
        <w:spacing w:before="166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1) 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народа;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литературе;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2) понимать духовно-нравственную и культурно-эстетическую ценность русской литературы и культуры в контексте культур народов России; осознавать роль русских национальных традиций в произведениях об августовских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Спасах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о родительском доме как вечной ценности;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3) осмысливать характерные черты русского национального характера в произведениях о Великой Отечественной войне, о судьбах русских эмигрантов в литературе русского зарубежья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;в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ыделять нравственные проблемы в книгах о прощании с детством;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4) осознанно воспринимать художественное произведение в единстве формы и содержания, устанавливать поле собственных читательских ассоциаций, давать самостоятельный смысловой и идейно-эстетический анализ художественного текста; 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создавать развёрнутые историко-культурные комментарии и собственные тексты интерпретирующего характера в различных форматах;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самостоятельно сопоставлять произведения словесного искусства и их воплощение в других искусствах; самостоятельно формировать круг внеклассного чтения, определяя для себя актуальную и перспективную цели чтения художественной литературы;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5) осуществлять самостоятельную проектно-исследовательскую деятельность и оформлять её результаты, владеть навыками работы с разными источниками информации и различными способами её обработки и презентации.</w:t>
      </w: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935871" w:rsidRPr="004F0217">
          <w:pgSz w:w="11900" w:h="16840"/>
          <w:pgMar w:top="286" w:right="654" w:bottom="1440" w:left="666" w:header="720" w:footer="720" w:gutter="0"/>
          <w:cols w:space="720" w:equalWidth="0">
            <w:col w:w="10580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20019" w:rsidRDefault="00B20019" w:rsidP="004F0217">
      <w:pPr>
        <w:autoSpaceDE w:val="0"/>
        <w:autoSpaceDN w:val="0"/>
        <w:spacing w:after="0" w:line="240" w:lineRule="auto"/>
        <w:ind w:right="11952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</w:p>
    <w:p w:rsidR="00B20019" w:rsidRDefault="00B20019" w:rsidP="004F0217">
      <w:pPr>
        <w:autoSpaceDE w:val="0"/>
        <w:autoSpaceDN w:val="0"/>
        <w:spacing w:after="0" w:line="240" w:lineRule="auto"/>
        <w:ind w:right="11952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</w:p>
    <w:p w:rsidR="00B20019" w:rsidRDefault="00B20019" w:rsidP="004F0217">
      <w:pPr>
        <w:autoSpaceDE w:val="0"/>
        <w:autoSpaceDN w:val="0"/>
        <w:spacing w:after="0" w:line="240" w:lineRule="auto"/>
        <w:ind w:right="11952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</w:p>
    <w:p w:rsidR="00B20019" w:rsidRDefault="00B20019" w:rsidP="004F0217">
      <w:pPr>
        <w:autoSpaceDE w:val="0"/>
        <w:autoSpaceDN w:val="0"/>
        <w:spacing w:after="0" w:line="240" w:lineRule="auto"/>
        <w:ind w:right="11952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</w:p>
    <w:p w:rsidR="00B20019" w:rsidRDefault="00B20019" w:rsidP="004F0217">
      <w:pPr>
        <w:autoSpaceDE w:val="0"/>
        <w:autoSpaceDN w:val="0"/>
        <w:spacing w:after="0" w:line="240" w:lineRule="auto"/>
        <w:ind w:right="11952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</w:p>
    <w:p w:rsidR="00B20019" w:rsidRDefault="00B20019" w:rsidP="004F0217">
      <w:pPr>
        <w:autoSpaceDE w:val="0"/>
        <w:autoSpaceDN w:val="0"/>
        <w:spacing w:after="0" w:line="240" w:lineRule="auto"/>
        <w:ind w:right="11952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</w:p>
    <w:p w:rsidR="00B20019" w:rsidRDefault="00B20019" w:rsidP="004F0217">
      <w:pPr>
        <w:autoSpaceDE w:val="0"/>
        <w:autoSpaceDN w:val="0"/>
        <w:spacing w:after="0" w:line="240" w:lineRule="auto"/>
        <w:ind w:right="11952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</w:p>
    <w:p w:rsidR="00B20019" w:rsidRDefault="00B20019" w:rsidP="004F0217">
      <w:pPr>
        <w:autoSpaceDE w:val="0"/>
        <w:autoSpaceDN w:val="0"/>
        <w:spacing w:after="0" w:line="240" w:lineRule="auto"/>
        <w:ind w:right="11952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</w:p>
    <w:p w:rsidR="00B20019" w:rsidRDefault="00B20019" w:rsidP="004F0217">
      <w:pPr>
        <w:autoSpaceDE w:val="0"/>
        <w:autoSpaceDN w:val="0"/>
        <w:spacing w:after="0" w:line="240" w:lineRule="auto"/>
        <w:ind w:right="11952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</w:p>
    <w:p w:rsidR="00B20019" w:rsidRDefault="00B20019" w:rsidP="004F0217">
      <w:pPr>
        <w:autoSpaceDE w:val="0"/>
        <w:autoSpaceDN w:val="0"/>
        <w:spacing w:after="0" w:line="240" w:lineRule="auto"/>
        <w:ind w:right="11952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</w:p>
    <w:p w:rsidR="00B20019" w:rsidRDefault="00B20019" w:rsidP="004F0217">
      <w:pPr>
        <w:autoSpaceDE w:val="0"/>
        <w:autoSpaceDN w:val="0"/>
        <w:spacing w:after="0" w:line="240" w:lineRule="auto"/>
        <w:ind w:right="11952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</w:p>
    <w:p w:rsidR="00B20019" w:rsidRDefault="00B20019" w:rsidP="004F0217">
      <w:pPr>
        <w:autoSpaceDE w:val="0"/>
        <w:autoSpaceDN w:val="0"/>
        <w:spacing w:after="0" w:line="240" w:lineRule="auto"/>
        <w:ind w:right="11952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</w:p>
    <w:p w:rsidR="00B20019" w:rsidRDefault="00B20019" w:rsidP="004F0217">
      <w:pPr>
        <w:autoSpaceDE w:val="0"/>
        <w:autoSpaceDN w:val="0"/>
        <w:spacing w:after="0" w:line="240" w:lineRule="auto"/>
        <w:ind w:right="11952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</w:p>
    <w:p w:rsidR="00B20019" w:rsidRDefault="00B20019" w:rsidP="004F0217">
      <w:pPr>
        <w:autoSpaceDE w:val="0"/>
        <w:autoSpaceDN w:val="0"/>
        <w:spacing w:after="0" w:line="240" w:lineRule="auto"/>
        <w:ind w:right="11952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</w:p>
    <w:p w:rsidR="00B20019" w:rsidRDefault="00B20019" w:rsidP="004F0217">
      <w:pPr>
        <w:autoSpaceDE w:val="0"/>
        <w:autoSpaceDN w:val="0"/>
        <w:spacing w:after="0" w:line="240" w:lineRule="auto"/>
        <w:ind w:right="11952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</w:p>
    <w:p w:rsidR="00B20019" w:rsidRDefault="00B20019" w:rsidP="004F0217">
      <w:pPr>
        <w:autoSpaceDE w:val="0"/>
        <w:autoSpaceDN w:val="0"/>
        <w:spacing w:after="0" w:line="240" w:lineRule="auto"/>
        <w:ind w:right="11952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</w:p>
    <w:p w:rsidR="00B20019" w:rsidRDefault="00B20019" w:rsidP="004F0217">
      <w:pPr>
        <w:autoSpaceDE w:val="0"/>
        <w:autoSpaceDN w:val="0"/>
        <w:spacing w:after="0" w:line="240" w:lineRule="auto"/>
        <w:ind w:right="11952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</w:p>
    <w:p w:rsidR="00B20019" w:rsidRDefault="00B20019" w:rsidP="004F0217">
      <w:pPr>
        <w:autoSpaceDE w:val="0"/>
        <w:autoSpaceDN w:val="0"/>
        <w:spacing w:after="0" w:line="240" w:lineRule="auto"/>
        <w:ind w:right="11952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</w:p>
    <w:p w:rsidR="00B20019" w:rsidRDefault="00B20019" w:rsidP="004F0217">
      <w:pPr>
        <w:autoSpaceDE w:val="0"/>
        <w:autoSpaceDN w:val="0"/>
        <w:spacing w:after="0" w:line="240" w:lineRule="auto"/>
        <w:ind w:right="11952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</w:p>
    <w:p w:rsidR="00B20019" w:rsidRDefault="00B20019" w:rsidP="004F0217">
      <w:pPr>
        <w:autoSpaceDE w:val="0"/>
        <w:autoSpaceDN w:val="0"/>
        <w:spacing w:after="0" w:line="240" w:lineRule="auto"/>
        <w:ind w:right="11952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</w:p>
    <w:p w:rsidR="00B20019" w:rsidRDefault="00B20019" w:rsidP="004F0217">
      <w:pPr>
        <w:autoSpaceDE w:val="0"/>
        <w:autoSpaceDN w:val="0"/>
        <w:spacing w:after="0" w:line="240" w:lineRule="auto"/>
        <w:ind w:right="11952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</w:p>
    <w:p w:rsidR="00B20019" w:rsidRDefault="00B20019" w:rsidP="004F0217">
      <w:pPr>
        <w:autoSpaceDE w:val="0"/>
        <w:autoSpaceDN w:val="0"/>
        <w:spacing w:after="0" w:line="240" w:lineRule="auto"/>
        <w:ind w:right="11952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</w:p>
    <w:p w:rsidR="00B20019" w:rsidRDefault="00B20019" w:rsidP="004F0217">
      <w:pPr>
        <w:autoSpaceDE w:val="0"/>
        <w:autoSpaceDN w:val="0"/>
        <w:spacing w:after="0" w:line="240" w:lineRule="auto"/>
        <w:ind w:right="11952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</w:p>
    <w:p w:rsidR="00B20019" w:rsidRDefault="00B20019" w:rsidP="004F0217">
      <w:pPr>
        <w:autoSpaceDE w:val="0"/>
        <w:autoSpaceDN w:val="0"/>
        <w:spacing w:after="0" w:line="240" w:lineRule="auto"/>
        <w:ind w:right="11952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</w:p>
    <w:p w:rsidR="00B20019" w:rsidRDefault="00B20019" w:rsidP="004F0217">
      <w:pPr>
        <w:autoSpaceDE w:val="0"/>
        <w:autoSpaceDN w:val="0"/>
        <w:spacing w:after="0" w:line="240" w:lineRule="auto"/>
        <w:ind w:right="11952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</w:p>
    <w:p w:rsidR="00B20019" w:rsidRDefault="00B20019" w:rsidP="004F0217">
      <w:pPr>
        <w:autoSpaceDE w:val="0"/>
        <w:autoSpaceDN w:val="0"/>
        <w:spacing w:after="0" w:line="240" w:lineRule="auto"/>
        <w:ind w:right="11952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</w:p>
    <w:p w:rsidR="00B20019" w:rsidRDefault="00B20019" w:rsidP="004F0217">
      <w:pPr>
        <w:autoSpaceDE w:val="0"/>
        <w:autoSpaceDN w:val="0"/>
        <w:spacing w:after="0" w:line="240" w:lineRule="auto"/>
        <w:ind w:right="11952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</w:p>
    <w:p w:rsidR="00B20019" w:rsidRDefault="00B20019" w:rsidP="004F0217">
      <w:pPr>
        <w:autoSpaceDE w:val="0"/>
        <w:autoSpaceDN w:val="0"/>
        <w:spacing w:after="0" w:line="240" w:lineRule="auto"/>
        <w:ind w:right="11952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</w:p>
    <w:p w:rsidR="00B20019" w:rsidRDefault="00B20019" w:rsidP="004F0217">
      <w:pPr>
        <w:autoSpaceDE w:val="0"/>
        <w:autoSpaceDN w:val="0"/>
        <w:spacing w:after="0" w:line="240" w:lineRule="auto"/>
        <w:ind w:right="11952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</w:p>
    <w:p w:rsidR="00935871" w:rsidRPr="004F0217" w:rsidRDefault="00D67234" w:rsidP="004F0217">
      <w:pPr>
        <w:autoSpaceDE w:val="0"/>
        <w:autoSpaceDN w:val="0"/>
        <w:spacing w:after="0" w:line="240" w:lineRule="auto"/>
        <w:ind w:right="11952"/>
        <w:rPr>
          <w:rFonts w:ascii="Times New Roman" w:hAnsi="Times New Roman" w:cs="Times New Roman"/>
          <w:sz w:val="24"/>
          <w:szCs w:val="24"/>
        </w:rPr>
      </w:pPr>
      <w:r w:rsidRPr="004F0217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</w:rPr>
        <w:t xml:space="preserve">ТЕМАТИЧЕСКОЕ ПЛАНИРОВАНИЕ </w:t>
      </w:r>
      <w:r w:rsidRPr="004F0217">
        <w:rPr>
          <w:rFonts w:ascii="Times New Roman" w:hAnsi="Times New Roman" w:cs="Times New Roman"/>
          <w:sz w:val="24"/>
          <w:szCs w:val="24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 КЛАСС</w:t>
      </w:r>
    </w:p>
    <w:tbl>
      <w:tblPr>
        <w:tblW w:w="11056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40"/>
        <w:gridCol w:w="4034"/>
        <w:gridCol w:w="662"/>
        <w:gridCol w:w="2088"/>
        <w:gridCol w:w="2138"/>
        <w:gridCol w:w="1594"/>
      </w:tblGrid>
      <w:tr w:rsidR="00935871" w:rsidRPr="004F0217" w:rsidTr="00B20019">
        <w:trPr>
          <w:trHeight w:hRule="exact" w:val="348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right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№</w:t>
            </w:r>
            <w:r w:rsidRPr="004F021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40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48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Количествочасов</w:t>
            </w:r>
            <w:proofErr w:type="spellEnd"/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контрольные работы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практические работы</w:t>
            </w:r>
          </w:p>
        </w:tc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4F0217" w:rsidTr="00B20019">
        <w:trPr>
          <w:trHeight w:hRule="exact" w:val="348"/>
        </w:trPr>
        <w:tc>
          <w:tcPr>
            <w:tcW w:w="11056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Раздел 1. </w:t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РОССИЯ — РОДИНА МОЯ</w:t>
            </w:r>
          </w:p>
        </w:tc>
      </w:tr>
      <w:tr w:rsidR="00935871" w:rsidRPr="004F0217" w:rsidTr="00B20019">
        <w:trPr>
          <w:trHeight w:hRule="exact" w:val="350"/>
        </w:trPr>
        <w:tc>
          <w:tcPr>
            <w:tcW w:w="5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40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Преданья старины глубокой</w:t>
            </w:r>
          </w:p>
        </w:tc>
        <w:tc>
          <w:tcPr>
            <w:tcW w:w="66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1.2.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Города земли русской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1.3.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Родные просторы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8</w:t>
            </w:r>
          </w:p>
        </w:tc>
        <w:tc>
          <w:tcPr>
            <w:tcW w:w="5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4F0217" w:rsidTr="00B20019">
        <w:trPr>
          <w:trHeight w:hRule="exact" w:val="348"/>
        </w:trPr>
        <w:tc>
          <w:tcPr>
            <w:tcW w:w="110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Раздел 2. </w:t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РУССКИЕ ТРАДИЦИИ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2.1.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Праздники русского мира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2..2.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Тепло родного дома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8</w:t>
            </w:r>
          </w:p>
        </w:tc>
        <w:tc>
          <w:tcPr>
            <w:tcW w:w="5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680191" w:rsidTr="00B20019">
        <w:trPr>
          <w:trHeight w:hRule="exact" w:val="348"/>
        </w:trPr>
        <w:tc>
          <w:tcPr>
            <w:tcW w:w="110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Раздел 3. </w:t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РУССКИЙ ХАРАКТЕР — РУССКАЯ ДУША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3.1.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Не до ордена — была бы Родина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5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3.2.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Загадки русской души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3.3.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 ваших ровесниках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3.4.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Лишь слову жизнь дана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8</w:t>
            </w:r>
          </w:p>
        </w:tc>
        <w:tc>
          <w:tcPr>
            <w:tcW w:w="5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4F0217" w:rsidTr="00B20019">
        <w:trPr>
          <w:trHeight w:hRule="exact" w:val="348"/>
        </w:trPr>
        <w:tc>
          <w:tcPr>
            <w:tcW w:w="110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Раздел 4. </w:t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РАЗВИТИЕ РЕЧИ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4.1.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Развитие устной и письменной речи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5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4F0217" w:rsidTr="00B20019">
        <w:trPr>
          <w:trHeight w:hRule="exact" w:val="348"/>
        </w:trPr>
        <w:tc>
          <w:tcPr>
            <w:tcW w:w="110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Раздел 5. </w:t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ИТОГОВЫЙ КОНТРОЛЬ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5.1.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50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4F0217" w:rsidTr="00B20019">
        <w:trPr>
          <w:trHeight w:hRule="exact" w:val="348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Резервное время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5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4F0217" w:rsidTr="00B20019">
        <w:trPr>
          <w:trHeight w:hRule="exact" w:val="348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34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5871" w:rsidRPr="004F0217" w:rsidRDefault="00D67234" w:rsidP="004F0217">
      <w:pPr>
        <w:autoSpaceDE w:val="0"/>
        <w:autoSpaceDN w:val="0"/>
        <w:spacing w:before="188" w:after="0" w:line="240" w:lineRule="auto"/>
        <w:rPr>
          <w:rFonts w:ascii="Times New Roman" w:hAnsi="Times New Roman" w:cs="Times New Roman"/>
          <w:sz w:val="24"/>
          <w:szCs w:val="24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 КЛАСС</w:t>
      </w:r>
    </w:p>
    <w:tbl>
      <w:tblPr>
        <w:tblW w:w="11056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40"/>
        <w:gridCol w:w="4034"/>
        <w:gridCol w:w="662"/>
        <w:gridCol w:w="2088"/>
        <w:gridCol w:w="2138"/>
        <w:gridCol w:w="1594"/>
      </w:tblGrid>
      <w:tr w:rsidR="00935871" w:rsidRPr="004F0217" w:rsidTr="00B20019">
        <w:trPr>
          <w:trHeight w:hRule="exact" w:val="348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right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№</w:t>
            </w:r>
            <w:r w:rsidRPr="004F021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40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48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Количествочасов</w:t>
            </w:r>
            <w:proofErr w:type="spellEnd"/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935871" w:rsidRPr="004F0217" w:rsidTr="00B20019">
        <w:trPr>
          <w:trHeight w:hRule="exact" w:val="328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контрольные работы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практические работы</w:t>
            </w:r>
          </w:p>
        </w:tc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35871" w:rsidRPr="004F0217" w:rsidSect="00B20019">
          <w:type w:val="continuous"/>
          <w:pgSz w:w="11900" w:h="16840"/>
          <w:pgMar w:top="282" w:right="640" w:bottom="33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1056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40"/>
        <w:gridCol w:w="4034"/>
        <w:gridCol w:w="662"/>
        <w:gridCol w:w="2088"/>
        <w:gridCol w:w="2138"/>
        <w:gridCol w:w="1594"/>
      </w:tblGrid>
      <w:tr w:rsidR="00935871" w:rsidRPr="004F0217" w:rsidTr="00B20019">
        <w:trPr>
          <w:trHeight w:hRule="exact" w:val="348"/>
        </w:trPr>
        <w:tc>
          <w:tcPr>
            <w:tcW w:w="110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 1.</w:t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РОССИЯ — РОДИНА МОЯ</w:t>
            </w:r>
          </w:p>
        </w:tc>
      </w:tr>
      <w:tr w:rsidR="00935871" w:rsidRPr="004F0217" w:rsidTr="00B20019">
        <w:trPr>
          <w:trHeight w:hRule="exact" w:val="5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Преданья старины глубокой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5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1.2.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Города земли русской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54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1.3.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Родные просторы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8</w:t>
            </w:r>
          </w:p>
        </w:tc>
        <w:tc>
          <w:tcPr>
            <w:tcW w:w="5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4F0217" w:rsidTr="00B20019">
        <w:trPr>
          <w:trHeight w:hRule="exact" w:val="348"/>
        </w:trPr>
        <w:tc>
          <w:tcPr>
            <w:tcW w:w="110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Раздел 2. </w:t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РУССКИЕ ТРАДИЦИИ</w:t>
            </w:r>
          </w:p>
        </w:tc>
      </w:tr>
      <w:tr w:rsidR="00935871" w:rsidRPr="004F0217" w:rsidTr="00B20019">
        <w:trPr>
          <w:trHeight w:hRule="exact" w:val="5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2.1.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Праздники русского мира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5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2..2.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Тепло родного дома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8</w:t>
            </w:r>
          </w:p>
        </w:tc>
        <w:tc>
          <w:tcPr>
            <w:tcW w:w="5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680191" w:rsidTr="00B20019">
        <w:trPr>
          <w:trHeight w:hRule="exact" w:val="348"/>
        </w:trPr>
        <w:tc>
          <w:tcPr>
            <w:tcW w:w="110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Раздел 3. </w:t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РУССКИЙ ХАРАКТЕР — РУССКАЯ ДУША</w:t>
            </w:r>
          </w:p>
        </w:tc>
      </w:tr>
      <w:tr w:rsidR="00935871" w:rsidRPr="004F0217" w:rsidTr="00B20019">
        <w:trPr>
          <w:trHeight w:hRule="exact" w:val="5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3.1.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Не до ордена — была бы Родина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54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3.2.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Загадки русской души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5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3.3.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 ваших ровесниках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5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3.4.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Лишь слову жизнь дана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8</w:t>
            </w:r>
          </w:p>
        </w:tc>
        <w:tc>
          <w:tcPr>
            <w:tcW w:w="5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4F0217" w:rsidTr="00B20019">
        <w:trPr>
          <w:trHeight w:hRule="exact" w:val="348"/>
        </w:trPr>
        <w:tc>
          <w:tcPr>
            <w:tcW w:w="110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Раздел 4. </w:t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РАЗВИТИЕ РЕЧИ</w:t>
            </w:r>
          </w:p>
        </w:tc>
      </w:tr>
      <w:tr w:rsidR="00935871" w:rsidRPr="004F0217" w:rsidTr="00B20019">
        <w:trPr>
          <w:trHeight w:hRule="exact" w:val="5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4.1.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Развитие устной и письменной речи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5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4F0217" w:rsidTr="00B20019">
        <w:trPr>
          <w:trHeight w:hRule="exact" w:val="348"/>
        </w:trPr>
        <w:tc>
          <w:tcPr>
            <w:tcW w:w="110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Раздел 5. </w:t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ИТОГОВЫЙ КОНТРОЛЬ</w:t>
            </w:r>
          </w:p>
        </w:tc>
      </w:tr>
      <w:tr w:rsidR="00935871" w:rsidRPr="004F0217" w:rsidTr="00B20019">
        <w:trPr>
          <w:trHeight w:hRule="exact" w:val="54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5.1.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4F0217" w:rsidTr="00B20019">
        <w:trPr>
          <w:trHeight w:hRule="exact" w:val="348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Резервное время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5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4F0217" w:rsidTr="00B20019">
        <w:trPr>
          <w:trHeight w:hRule="exact" w:val="348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34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5871" w:rsidRPr="004F0217" w:rsidRDefault="00D67234" w:rsidP="004F0217">
      <w:pPr>
        <w:autoSpaceDE w:val="0"/>
        <w:autoSpaceDN w:val="0"/>
        <w:spacing w:before="188" w:after="0" w:line="240" w:lineRule="auto"/>
        <w:rPr>
          <w:rFonts w:ascii="Times New Roman" w:hAnsi="Times New Roman" w:cs="Times New Roman"/>
          <w:sz w:val="24"/>
          <w:szCs w:val="24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 КЛАСС</w:t>
      </w: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35871" w:rsidRPr="004F0217" w:rsidSect="00B20019">
          <w:type w:val="continuous"/>
          <w:pgSz w:w="11900" w:h="16840"/>
          <w:pgMar w:top="284" w:right="640" w:bottom="40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914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40"/>
        <w:gridCol w:w="4034"/>
        <w:gridCol w:w="662"/>
        <w:gridCol w:w="2088"/>
        <w:gridCol w:w="2138"/>
        <w:gridCol w:w="1452"/>
      </w:tblGrid>
      <w:tr w:rsidR="00935871" w:rsidRPr="004F0217" w:rsidTr="00B20019">
        <w:trPr>
          <w:trHeight w:hRule="exact" w:val="408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right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№</w:t>
            </w:r>
            <w:r w:rsidRPr="004F021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40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48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Количествочасов</w:t>
            </w:r>
            <w:proofErr w:type="spellEnd"/>
          </w:p>
        </w:tc>
        <w:tc>
          <w:tcPr>
            <w:tcW w:w="14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контрольные работы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практические работы</w:t>
            </w:r>
          </w:p>
        </w:tc>
        <w:tc>
          <w:tcPr>
            <w:tcW w:w="14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4F0217" w:rsidTr="00B20019">
        <w:trPr>
          <w:trHeight w:hRule="exact" w:val="348"/>
        </w:trPr>
        <w:tc>
          <w:tcPr>
            <w:tcW w:w="109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Раздел 1. </w:t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РОССИЯ — РОДИНА МОЯ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Преданья старины глубокой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1.2.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Города земли русской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50"/>
        </w:trPr>
        <w:tc>
          <w:tcPr>
            <w:tcW w:w="5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1.3.</w:t>
            </w:r>
          </w:p>
        </w:tc>
        <w:tc>
          <w:tcPr>
            <w:tcW w:w="40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Родные просторы</w:t>
            </w:r>
          </w:p>
        </w:tc>
        <w:tc>
          <w:tcPr>
            <w:tcW w:w="66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8</w:t>
            </w:r>
          </w:p>
        </w:tc>
        <w:tc>
          <w:tcPr>
            <w:tcW w:w="5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4F0217" w:rsidTr="00B20019">
        <w:trPr>
          <w:trHeight w:hRule="exact" w:val="348"/>
        </w:trPr>
        <w:tc>
          <w:tcPr>
            <w:tcW w:w="109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Раздел 2. </w:t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РУССКИЕ ТРАДИЦИИ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2.1.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Праздники русского мира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2..2.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Тепло родного дома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8</w:t>
            </w:r>
          </w:p>
        </w:tc>
        <w:tc>
          <w:tcPr>
            <w:tcW w:w="5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680191" w:rsidTr="00B20019">
        <w:trPr>
          <w:trHeight w:hRule="exact" w:val="348"/>
        </w:trPr>
        <w:tc>
          <w:tcPr>
            <w:tcW w:w="109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Раздел 3. </w:t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РУССКИЙ ХАРАКТЕР — РУССКАЯ ДУША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3.1.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Не до ордена — была бы Родина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3.2.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Загадки русской души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3.3.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 ваших ровесниках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5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3.4.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Лишь слову жизнь дана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8</w:t>
            </w:r>
          </w:p>
        </w:tc>
        <w:tc>
          <w:tcPr>
            <w:tcW w:w="5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4F0217" w:rsidTr="00B20019">
        <w:trPr>
          <w:trHeight w:hRule="exact" w:val="348"/>
        </w:trPr>
        <w:tc>
          <w:tcPr>
            <w:tcW w:w="109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Раздел 4. </w:t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РАЗВИТИЕ РЕЧИ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4.1.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Развитие устной и письменной речи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5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4F0217" w:rsidTr="00B20019">
        <w:trPr>
          <w:trHeight w:hRule="exact" w:val="348"/>
        </w:trPr>
        <w:tc>
          <w:tcPr>
            <w:tcW w:w="109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Раздел 5. </w:t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ИТОГОВЫЙ КОНТРОЛЬ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5.1.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4F0217" w:rsidTr="00B20019">
        <w:trPr>
          <w:trHeight w:hRule="exact" w:val="396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Резервное время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5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4F0217" w:rsidTr="00B20019">
        <w:trPr>
          <w:trHeight w:hRule="exact" w:val="350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34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5871" w:rsidRPr="004F0217" w:rsidRDefault="00D67234" w:rsidP="004F0217">
      <w:pPr>
        <w:autoSpaceDE w:val="0"/>
        <w:autoSpaceDN w:val="0"/>
        <w:spacing w:before="186" w:after="0" w:line="240" w:lineRule="auto"/>
        <w:rPr>
          <w:rFonts w:ascii="Times New Roman" w:hAnsi="Times New Roman" w:cs="Times New Roman"/>
          <w:sz w:val="24"/>
          <w:szCs w:val="24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 КЛАСС</w:t>
      </w:r>
    </w:p>
    <w:tbl>
      <w:tblPr>
        <w:tblW w:w="10914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40"/>
        <w:gridCol w:w="4034"/>
        <w:gridCol w:w="662"/>
        <w:gridCol w:w="2088"/>
        <w:gridCol w:w="2138"/>
        <w:gridCol w:w="1452"/>
      </w:tblGrid>
      <w:tr w:rsidR="00935871" w:rsidRPr="004F0217" w:rsidTr="00B20019">
        <w:trPr>
          <w:trHeight w:hRule="exact" w:val="348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right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№</w:t>
            </w:r>
            <w:r w:rsidRPr="004F021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40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lastRenderedPageBreak/>
              <w:t xml:space="preserve">Наименование разделов и тем </w:t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lastRenderedPageBreak/>
              <w:t>программы</w:t>
            </w:r>
          </w:p>
        </w:tc>
        <w:tc>
          <w:tcPr>
            <w:tcW w:w="48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lastRenderedPageBreak/>
              <w:t>Количествочасов</w:t>
            </w:r>
            <w:proofErr w:type="spellEnd"/>
          </w:p>
        </w:tc>
        <w:tc>
          <w:tcPr>
            <w:tcW w:w="14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Электронны</w:t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lastRenderedPageBreak/>
              <w:t>е (цифровые) образовательные ресурсы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контрольные работы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практические работы</w:t>
            </w:r>
          </w:p>
        </w:tc>
        <w:tc>
          <w:tcPr>
            <w:tcW w:w="14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4F0217" w:rsidTr="00B20019">
        <w:trPr>
          <w:trHeight w:hRule="exact" w:val="328"/>
        </w:trPr>
        <w:tc>
          <w:tcPr>
            <w:tcW w:w="109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Раздел 1.</w:t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РОССИЯ — РОДИНА МОЯ</w:t>
            </w:r>
          </w:p>
        </w:tc>
      </w:tr>
    </w:tbl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35871" w:rsidRPr="004F0217" w:rsidSect="00B20019">
          <w:type w:val="continuous"/>
          <w:pgSz w:w="11900" w:h="16840"/>
          <w:pgMar w:top="284" w:right="640" w:bottom="48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914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40"/>
        <w:gridCol w:w="4034"/>
        <w:gridCol w:w="662"/>
        <w:gridCol w:w="2088"/>
        <w:gridCol w:w="2138"/>
        <w:gridCol w:w="1452"/>
      </w:tblGrid>
      <w:tr w:rsidR="00935871" w:rsidRPr="004F0217" w:rsidTr="00B20019">
        <w:trPr>
          <w:trHeight w:hRule="exact" w:val="48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Преданья старины глубокой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1.2.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Города земли русской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1.3.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Родные просторы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8</w:t>
            </w:r>
          </w:p>
        </w:tc>
        <w:tc>
          <w:tcPr>
            <w:tcW w:w="5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4F0217" w:rsidTr="00B20019">
        <w:trPr>
          <w:trHeight w:hRule="exact" w:val="350"/>
        </w:trPr>
        <w:tc>
          <w:tcPr>
            <w:tcW w:w="109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Раздел 2. </w:t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РУССКИЕ ТРАДИЦИИ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2.1.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Праздники русского мира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2..2.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Тепло родного дома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8</w:t>
            </w:r>
          </w:p>
        </w:tc>
        <w:tc>
          <w:tcPr>
            <w:tcW w:w="5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680191" w:rsidTr="00B20019">
        <w:trPr>
          <w:trHeight w:hRule="exact" w:val="348"/>
        </w:trPr>
        <w:tc>
          <w:tcPr>
            <w:tcW w:w="109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Раздел 3. </w:t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РУССКИЙ ХАРАКТЕР — РУССКАЯ ДУША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3.1.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Не до ордена — была бы Родина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3.2.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Загадки русской души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3.3.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 ваших ровесниках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3.4.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Лишь слову жизнь дана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8</w:t>
            </w:r>
          </w:p>
        </w:tc>
        <w:tc>
          <w:tcPr>
            <w:tcW w:w="5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4F0217" w:rsidTr="00B20019">
        <w:trPr>
          <w:trHeight w:hRule="exact" w:val="348"/>
        </w:trPr>
        <w:tc>
          <w:tcPr>
            <w:tcW w:w="10914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Раздел 4. </w:t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РАЗВИТИЕ РЕЧИ</w:t>
            </w:r>
          </w:p>
        </w:tc>
      </w:tr>
      <w:tr w:rsidR="00935871" w:rsidRPr="004F0217" w:rsidTr="00B20019">
        <w:trPr>
          <w:trHeight w:hRule="exact" w:val="350"/>
        </w:trPr>
        <w:tc>
          <w:tcPr>
            <w:tcW w:w="5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4.1.</w:t>
            </w:r>
          </w:p>
        </w:tc>
        <w:tc>
          <w:tcPr>
            <w:tcW w:w="40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Развитие устной и письменной речи</w:t>
            </w:r>
          </w:p>
        </w:tc>
        <w:tc>
          <w:tcPr>
            <w:tcW w:w="66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5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4F0217" w:rsidTr="00B20019">
        <w:trPr>
          <w:trHeight w:hRule="exact" w:val="348"/>
        </w:trPr>
        <w:tc>
          <w:tcPr>
            <w:tcW w:w="109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Раздел 5. </w:t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ИТОГОВЫЙ КОНТРОЛЬ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5.1.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4F0217" w:rsidTr="00B20019">
        <w:trPr>
          <w:trHeight w:hRule="exact" w:val="348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Резервное время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5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4F0217" w:rsidTr="00B20019">
        <w:trPr>
          <w:trHeight w:hRule="exact" w:val="348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34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5871" w:rsidRPr="004F0217" w:rsidRDefault="00D67234" w:rsidP="004F0217">
      <w:pPr>
        <w:autoSpaceDE w:val="0"/>
        <w:autoSpaceDN w:val="0"/>
        <w:spacing w:before="188" w:after="0" w:line="240" w:lineRule="auto"/>
        <w:rPr>
          <w:rFonts w:ascii="Times New Roman" w:hAnsi="Times New Roman" w:cs="Times New Roman"/>
          <w:sz w:val="24"/>
          <w:szCs w:val="24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 КЛАСС</w:t>
      </w:r>
    </w:p>
    <w:tbl>
      <w:tblPr>
        <w:tblW w:w="11056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40"/>
        <w:gridCol w:w="4034"/>
        <w:gridCol w:w="662"/>
        <w:gridCol w:w="2088"/>
        <w:gridCol w:w="2138"/>
        <w:gridCol w:w="1594"/>
      </w:tblGrid>
      <w:tr w:rsidR="00935871" w:rsidRPr="004F0217" w:rsidTr="00B20019">
        <w:trPr>
          <w:trHeight w:hRule="exact" w:val="350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right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№</w:t>
            </w:r>
            <w:r w:rsidRPr="004F021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40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4888" w:type="dxa"/>
            <w:gridSpan w:val="3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Количествочасов</w:t>
            </w:r>
            <w:proofErr w:type="spellEnd"/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4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4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контрольные работы</w:t>
            </w:r>
          </w:p>
        </w:tc>
        <w:tc>
          <w:tcPr>
            <w:tcW w:w="213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4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практические работы</w:t>
            </w:r>
          </w:p>
        </w:tc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4F0217" w:rsidTr="00B20019">
        <w:trPr>
          <w:trHeight w:hRule="exact" w:val="348"/>
        </w:trPr>
        <w:tc>
          <w:tcPr>
            <w:tcW w:w="110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Раздел 1. </w:t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РОССИЯ — РОДИНА МОЯ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Преданья старины глубокой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1.2.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Города земли русской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40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1.3.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Родные просторы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</w:tbl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35871" w:rsidRPr="004F0217" w:rsidSect="00B20019">
          <w:type w:val="continuous"/>
          <w:pgSz w:w="11900" w:h="16840"/>
          <w:pgMar w:top="284" w:right="640" w:bottom="43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914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40"/>
        <w:gridCol w:w="4034"/>
        <w:gridCol w:w="662"/>
        <w:gridCol w:w="2088"/>
        <w:gridCol w:w="2138"/>
        <w:gridCol w:w="1452"/>
      </w:tblGrid>
      <w:tr w:rsidR="00935871" w:rsidRPr="004F0217" w:rsidTr="00B20019">
        <w:trPr>
          <w:trHeight w:hRule="exact" w:val="348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8</w:t>
            </w:r>
          </w:p>
        </w:tc>
        <w:tc>
          <w:tcPr>
            <w:tcW w:w="5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4F0217" w:rsidTr="00B20019">
        <w:trPr>
          <w:trHeight w:hRule="exact" w:val="348"/>
        </w:trPr>
        <w:tc>
          <w:tcPr>
            <w:tcW w:w="109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Раздел 2. </w:t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РУССКИЕ ТРАДИЦИИ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2.1.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Праздники русского мира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2..2.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Тепло родного дома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8</w:t>
            </w:r>
          </w:p>
        </w:tc>
        <w:tc>
          <w:tcPr>
            <w:tcW w:w="5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680191" w:rsidTr="00B20019">
        <w:trPr>
          <w:trHeight w:hRule="exact" w:val="350"/>
        </w:trPr>
        <w:tc>
          <w:tcPr>
            <w:tcW w:w="10914" w:type="dxa"/>
            <w:gridSpan w:val="6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Раздел 3. </w:t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РУССКИЙ ХАРАКТЕР — РУССКАЯ ДУША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3.1.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Не до ордена — была бы Родина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3.2.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Загадки русской души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3.3.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 ваших ровесниках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3.4.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Лишь слову жизнь дана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8</w:t>
            </w:r>
          </w:p>
        </w:tc>
        <w:tc>
          <w:tcPr>
            <w:tcW w:w="5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4F0217" w:rsidTr="00B20019">
        <w:trPr>
          <w:trHeight w:hRule="exact" w:val="348"/>
        </w:trPr>
        <w:tc>
          <w:tcPr>
            <w:tcW w:w="109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 xml:space="preserve">Раздел 4. </w:t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РАЗВИТИЕ РЕЧИ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4.1.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Развитие устной и письменной речи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5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4F0217" w:rsidTr="00B20019">
        <w:trPr>
          <w:trHeight w:hRule="exact" w:val="348"/>
        </w:trPr>
        <w:tc>
          <w:tcPr>
            <w:tcW w:w="109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Раздел 5. </w:t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ИТОГОВЫЙ КОНТРОЛЬ</w:t>
            </w:r>
          </w:p>
        </w:tc>
      </w:tr>
      <w:tr w:rsidR="00935871" w:rsidRPr="004F0217" w:rsidTr="00B20019">
        <w:trPr>
          <w:trHeight w:hRule="exact" w:val="35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5.1.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http://skiv.instrao.ru/bank-zadaniy/chitatelskaya-gramotnost/chg-5-2021/f</w:t>
            </w:r>
          </w:p>
        </w:tc>
      </w:tr>
      <w:tr w:rsidR="00935871" w:rsidRPr="004F0217" w:rsidTr="00B20019">
        <w:trPr>
          <w:trHeight w:hRule="exact" w:val="348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5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4F0217" w:rsidTr="00B20019">
        <w:trPr>
          <w:trHeight w:hRule="exact" w:val="348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Резервное время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5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4F0217" w:rsidTr="00B20019">
        <w:trPr>
          <w:trHeight w:hRule="exact" w:val="328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34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76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35871" w:rsidRPr="004F0217" w:rsidSect="00B20019">
          <w:type w:val="continuous"/>
          <w:pgSz w:w="11900" w:h="1684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871" w:rsidRPr="004F0217" w:rsidRDefault="00D67234" w:rsidP="004F0217">
      <w:pPr>
        <w:autoSpaceDE w:val="0"/>
        <w:autoSpaceDN w:val="0"/>
        <w:spacing w:after="0" w:line="240" w:lineRule="auto"/>
        <w:ind w:right="6768"/>
        <w:rPr>
          <w:rFonts w:ascii="Times New Roman" w:hAnsi="Times New Roman" w:cs="Times New Roman"/>
          <w:sz w:val="24"/>
          <w:szCs w:val="24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ПОУРОЧНОЕ ПЛАНИРОВАНИЕ </w:t>
      </w:r>
      <w:r w:rsidRPr="004F0217">
        <w:rPr>
          <w:rFonts w:ascii="Times New Roman" w:hAnsi="Times New Roman" w:cs="Times New Roman"/>
          <w:sz w:val="24"/>
          <w:szCs w:val="24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 КЛАСС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202"/>
        <w:gridCol w:w="732"/>
        <w:gridCol w:w="1620"/>
        <w:gridCol w:w="1668"/>
        <w:gridCol w:w="1826"/>
      </w:tblGrid>
      <w:tr w:rsidR="00935871" w:rsidRPr="004F0217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  <w:r w:rsidRPr="004F021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Виды, формы контроля</w:t>
            </w:r>
          </w:p>
        </w:tc>
      </w:tr>
      <w:tr w:rsidR="00935871" w:rsidRPr="004F0217">
        <w:trPr>
          <w:trHeight w:hRule="exact" w:val="828"/>
        </w:trPr>
        <w:tc>
          <w:tcPr>
            <w:tcW w:w="1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практические работы</w:t>
            </w:r>
          </w:p>
        </w:tc>
        <w:tc>
          <w:tcPr>
            <w:tcW w:w="1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4F021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Малые жанры фольклора: пословицы и поговорки о Родине, России, русском народе.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1166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2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Русские народные и литературные сказки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"Л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иса и медведь" (русская народная сказка).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Русские народные и литературные сказки. К.Г.Паустовский "Дремучий медведь".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Тестирование;</w:t>
            </w:r>
          </w:p>
        </w:tc>
      </w:tr>
      <w:tr w:rsidR="00935871" w:rsidRPr="004F021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Москва в произведениях русских писателей. А.С.Пушкин "На тихих берегах Москвы".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5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М.Ю.Лермонтов "Москва,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!...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люблю тебя как сын...".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Л.Н. Мартынов "Красные ворота".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5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А.П.Чехов "В Москве на Трубной площади".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лес. Стихотворения.  А.В. Кольцов  "Лес", В.А.Рождественский, В.А. Солоухин "Седьмую ночь без перерыва".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речи. Мини-сочинение по картине.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Сочинение;</w:t>
            </w:r>
          </w:p>
        </w:tc>
      </w:tr>
      <w:tr w:rsidR="00935871" w:rsidRPr="004F021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И.С.Соколов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-Микитов. "Русский лес".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Праздники русского мира. Рождество.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Стихотворения. Б.Л. Пастернак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"Рождественская звезда" (фрагмент), В.Д. Берестов "Перед Рождеством".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чтение;</w:t>
            </w:r>
          </w:p>
        </w:tc>
      </w:tr>
      <w:tr w:rsidR="00935871" w:rsidRPr="004F021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А.И. Куприн "Бедный принц".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А.И. Куприн "Бедный принц".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Тестирование;</w:t>
            </w:r>
          </w:p>
        </w:tc>
      </w:tr>
      <w:tr w:rsidR="00935871" w:rsidRPr="004F0217">
        <w:trPr>
          <w:trHeight w:hRule="exact" w:val="4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Н.Д.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Телешов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"Елка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Митрича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</w:tbl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35871" w:rsidRPr="004F0217">
          <w:pgSz w:w="11900" w:h="16840"/>
          <w:pgMar w:top="298" w:right="650" w:bottom="56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562" w:type="dxa"/>
        <w:tblLayout w:type="fixed"/>
        <w:tblLook w:val="04A0" w:firstRow="1" w:lastRow="0" w:firstColumn="1" w:lastColumn="0" w:noHBand="0" w:noVBand="1"/>
      </w:tblPr>
      <w:tblGrid>
        <w:gridCol w:w="851"/>
        <w:gridCol w:w="4423"/>
        <w:gridCol w:w="732"/>
        <w:gridCol w:w="1620"/>
        <w:gridCol w:w="1668"/>
        <w:gridCol w:w="1826"/>
      </w:tblGrid>
      <w:tr w:rsidR="00935871" w:rsidRPr="004F0217" w:rsidTr="001E4D69">
        <w:trPr>
          <w:trHeight w:hRule="exact" w:val="8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576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Тепло родного дома. И.А. Крылов Басни. </w:t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Дерево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 w:rsidTr="001E4D69">
        <w:trPr>
          <w:trHeight w:hRule="exact" w:val="49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И.А.Бунин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"С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нежный бык".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 w:rsidTr="001E4D69">
        <w:trPr>
          <w:trHeight w:hRule="exact" w:val="49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В.И. Белов "Скворцы".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 w:rsidTr="001E4D69">
        <w:trPr>
          <w:trHeight w:hRule="exact" w:val="8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В.И.Белов "Скворцы".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работа;</w:t>
            </w:r>
          </w:p>
        </w:tc>
      </w:tr>
      <w:tr w:rsidR="00935871" w:rsidRPr="004F0217" w:rsidTr="001E4D69">
        <w:trPr>
          <w:trHeight w:hRule="exact" w:val="116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речи. Эссе о традициях,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 передаются в вашей семье от поколения к поколению.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Сочинение;</w:t>
            </w:r>
          </w:p>
        </w:tc>
      </w:tr>
      <w:tr w:rsidR="00935871" w:rsidRPr="004F0217" w:rsidTr="001E4D69">
        <w:trPr>
          <w:trHeight w:hRule="exact" w:val="150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 до 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ордена-была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бы Родина. Отечественная война 1812 года.</w:t>
            </w:r>
          </w:p>
          <w:p w:rsidR="00935871" w:rsidRPr="004F0217" w:rsidRDefault="00D67234" w:rsidP="004F0217">
            <w:pPr>
              <w:autoSpaceDE w:val="0"/>
              <w:autoSpaceDN w:val="0"/>
              <w:spacing w:before="70" w:after="0" w:line="240" w:lineRule="auto"/>
              <w:ind w:left="72" w:right="10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Стихотворение Ф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Н. Глинки "Авангардная песнь".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чтение;</w:t>
            </w:r>
          </w:p>
        </w:tc>
      </w:tr>
      <w:tr w:rsidR="00935871" w:rsidRPr="004F0217" w:rsidTr="001E4D69">
        <w:trPr>
          <w:trHeight w:hRule="exact" w:val="8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Д. В. Давыдов "Партизан" (отрывок).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чтение;</w:t>
            </w:r>
          </w:p>
        </w:tc>
      </w:tr>
      <w:tr w:rsidR="00935871" w:rsidRPr="004F0217" w:rsidTr="001E4D69">
        <w:trPr>
          <w:trHeight w:hRule="exact" w:val="150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Загадки русской души. Парадоксы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русского характера. 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К. Г. Паустовский "Похождения  жука-носорога"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(солдатская сказка".</w:t>
            </w:r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 w:rsidTr="001E4D69">
        <w:trPr>
          <w:trHeight w:hRule="exact" w:val="8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К. Г. Паустовский "Похождения жука-носорога" (солдатская сказка". </w:t>
            </w:r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работа;</w:t>
            </w:r>
          </w:p>
        </w:tc>
      </w:tr>
      <w:tr w:rsidR="00935871" w:rsidRPr="004F0217" w:rsidTr="001E4D69">
        <w:trPr>
          <w:trHeight w:hRule="exact" w:val="8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Ю. Я. Яковлев "Сыновья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Пешеходова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чтение;</w:t>
            </w:r>
          </w:p>
        </w:tc>
      </w:tr>
      <w:tr w:rsidR="00935871" w:rsidRPr="004F0217" w:rsidTr="001E4D69">
        <w:trPr>
          <w:trHeight w:hRule="exact" w:val="116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 ваших ровесниках. Школьные контрольные. </w:t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Кушнер </w:t>
            </w:r>
            <w:r w:rsidRPr="004F021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"Контрольные".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чтение;</w:t>
            </w:r>
          </w:p>
        </w:tc>
      </w:tr>
      <w:tr w:rsidR="00935871" w:rsidRPr="004F0217" w:rsidTr="001E4D69">
        <w:trPr>
          <w:trHeight w:hRule="exact" w:val="830"/>
        </w:trPr>
        <w:tc>
          <w:tcPr>
            <w:tcW w:w="85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442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К.И.Чуковский "Серебряный герб" (фрагмент).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 w:rsidTr="001E4D69">
        <w:trPr>
          <w:trHeight w:hRule="exact" w:val="8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8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А.А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Гиваргизов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"Контрольный диктант".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 w:rsidTr="001E4D69">
        <w:trPr>
          <w:trHeight w:hRule="exact" w:val="8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Лишь слову жизнь дана. Родной язык, родная речь. </w:t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А. Бунин "Слово".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чтение;</w:t>
            </w:r>
          </w:p>
        </w:tc>
      </w:tr>
      <w:tr w:rsidR="00935871" w:rsidRPr="004F0217" w:rsidTr="001E4D69">
        <w:trPr>
          <w:trHeight w:hRule="exact" w:val="8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В.Г.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Гордейчев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"Родная речь".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чтение;</w:t>
            </w:r>
          </w:p>
        </w:tc>
      </w:tr>
      <w:tr w:rsidR="00935871" w:rsidRPr="004F0217" w:rsidTr="001E4D69">
        <w:trPr>
          <w:trHeight w:hRule="exact" w:val="148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Читательская грамотность http </w:t>
            </w:r>
            <w:r w:rsidRPr="004F021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||skiv.instao.ru|bank-</w:t>
            </w:r>
            <w:r w:rsidRPr="004F021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zadaniy|chitatelskaya-gramotnost|chg-5-2021|f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работа;</w:t>
            </w:r>
          </w:p>
        </w:tc>
      </w:tr>
    </w:tbl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35871" w:rsidRPr="004F0217">
          <w:pgSz w:w="11900" w:h="16840"/>
          <w:pgMar w:top="284" w:right="650" w:bottom="49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202"/>
        <w:gridCol w:w="732"/>
        <w:gridCol w:w="1620"/>
        <w:gridCol w:w="1668"/>
        <w:gridCol w:w="1826"/>
      </w:tblGrid>
      <w:tr w:rsidR="00935871" w:rsidRPr="004F021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935871" w:rsidRPr="004F021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Тестирование;</w:t>
            </w:r>
          </w:p>
        </w:tc>
      </w:tr>
      <w:tr w:rsidR="00935871" w:rsidRPr="00680191">
        <w:trPr>
          <w:trHeight w:hRule="exact" w:val="21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ошибками.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Самооценка с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«О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ценочного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листа»;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над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ошибками;</w:t>
            </w:r>
          </w:p>
        </w:tc>
      </w:tr>
      <w:tr w:rsidR="00935871" w:rsidRPr="004F0217">
        <w:trPr>
          <w:trHeight w:hRule="exact" w:val="828"/>
        </w:trPr>
        <w:tc>
          <w:tcPr>
            <w:tcW w:w="4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935871" w:rsidRPr="004F0217" w:rsidRDefault="00D67234" w:rsidP="004F0217">
      <w:pPr>
        <w:autoSpaceDE w:val="0"/>
        <w:autoSpaceDN w:val="0"/>
        <w:spacing w:before="218" w:after="0" w:line="240" w:lineRule="auto"/>
        <w:rPr>
          <w:rFonts w:ascii="Times New Roman" w:hAnsi="Times New Roman" w:cs="Times New Roman"/>
          <w:sz w:val="24"/>
          <w:szCs w:val="24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 КЛАСС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885"/>
        <w:gridCol w:w="1280"/>
        <w:gridCol w:w="851"/>
        <w:gridCol w:w="1134"/>
        <w:gridCol w:w="1072"/>
        <w:gridCol w:w="1826"/>
      </w:tblGrid>
      <w:tr w:rsidR="00680191" w:rsidRPr="004F0217" w:rsidTr="00680191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  <w:r w:rsidRPr="004F021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8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680191" w:rsidRDefault="00680191" w:rsidP="00680191">
            <w:pPr>
              <w:autoSpaceDE w:val="0"/>
              <w:autoSpaceDN w:val="0"/>
              <w:spacing w:before="98"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Дата</w:t>
            </w:r>
          </w:p>
        </w:tc>
        <w:tc>
          <w:tcPr>
            <w:tcW w:w="30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Виды, формы контроля</w:t>
            </w:r>
          </w:p>
        </w:tc>
      </w:tr>
      <w:tr w:rsidR="00680191" w:rsidRPr="004F0217" w:rsidTr="00032C35">
        <w:trPr>
          <w:trHeight w:hRule="exact" w:val="936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680191" w:rsidP="006801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80191" w:rsidRPr="004F0217" w:rsidRDefault="00680191" w:rsidP="006801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680191" w:rsidP="006801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практические работы</w:t>
            </w:r>
          </w:p>
        </w:tc>
        <w:tc>
          <w:tcPr>
            <w:tcW w:w="18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680191" w:rsidP="006801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191" w:rsidRPr="004F0217" w:rsidTr="00680191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Преданья старины глубокой. Богатыри и богатырство. Былины. "Илья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Муромец и Святогор".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8A5E4B" w:rsidRDefault="008A5E4B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680191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Default="00680191" w:rsidP="00680191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Былинные сюжеты и герои в русской</w:t>
            </w:r>
          </w:p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литературе. И.А. Бунин "Святогор и Илья".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Default="008A5E4B" w:rsidP="006801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12.09</w:t>
            </w:r>
          </w:p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680191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Default="00680191" w:rsidP="00680191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Былинные сюжеты и герои в русской</w:t>
            </w:r>
          </w:p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литературе. М.М. Пришвин "Певец былин".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Default="008A5E4B" w:rsidP="006801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19.09</w:t>
            </w:r>
          </w:p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680191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Города земли русской. Русский Север. С.Г.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Писахов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"Ледяная колокольня".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8A5E4B" w:rsidP="00680191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8A5E4B">
        <w:trPr>
          <w:trHeight w:hRule="exact" w:val="119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100" w:after="0" w:line="240" w:lineRule="auto"/>
              <w:ind w:left="72" w:right="10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Русский Север. С.Г.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Писахов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"Мороженые песни".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8A5E4B" w:rsidP="008A5E4B">
            <w:pPr>
              <w:autoSpaceDE w:val="0"/>
              <w:autoSpaceDN w:val="0"/>
              <w:spacing w:before="100" w:after="0" w:line="240" w:lineRule="auto"/>
              <w:ind w:right="10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68019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 w:righ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Б.В. Шергин "Поморские были и сказания". </w:t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МишаЛаскин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8A5E4B" w:rsidRDefault="008A5E4B" w:rsidP="00680191">
            <w:pPr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10.10</w:t>
            </w:r>
          </w:p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righ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680191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Родные просторы. Зима в русской поэзии. Стихотворения. И.С.Никитин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"В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стреча зимы". </w:t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А.А. Блок "Снег да снег. Всю избу занесло..."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8A5E4B" w:rsidRDefault="008A5E4B" w:rsidP="00680191">
            <w:pPr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17.10</w:t>
            </w:r>
          </w:p>
          <w:p w:rsidR="00680191" w:rsidRDefault="00680191" w:rsidP="00680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191" w:rsidRDefault="00680191" w:rsidP="00680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191" w:rsidRDefault="00680191" w:rsidP="00680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right="1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чтение;</w:t>
            </w:r>
          </w:p>
        </w:tc>
      </w:tr>
      <w:tr w:rsidR="00680191" w:rsidRPr="004F0217" w:rsidTr="0068019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Н.М. Рубцов "Первый снег".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8A5E4B" w:rsidP="00680191">
            <w:pPr>
              <w:autoSpaceDE w:val="0"/>
              <w:autoSpaceDN w:val="0"/>
              <w:spacing w:before="98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чтение;</w:t>
            </w:r>
          </w:p>
        </w:tc>
      </w:tr>
      <w:tr w:rsidR="00680191" w:rsidRPr="004F0217" w:rsidTr="00680191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 мотивам русских сказок о зиме. Е.Л.Шварц "Два брата".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Default="008A5E4B" w:rsidP="006801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7.11</w:t>
            </w:r>
          </w:p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</w:tbl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031"/>
        <w:gridCol w:w="1134"/>
        <w:gridCol w:w="851"/>
        <w:gridCol w:w="1134"/>
        <w:gridCol w:w="1072"/>
        <w:gridCol w:w="1826"/>
      </w:tblGrid>
      <w:tr w:rsidR="00680191" w:rsidRPr="004F0217" w:rsidTr="008A5E4B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Праздники русского мира. Масленица.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8A5E4B" w:rsidRDefault="008A5E4B" w:rsidP="00680191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14.11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8A5E4B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5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Стихотворения М.Ю.Лермонтова "Посреди небесных тел...", А.Д.</w:t>
            </w:r>
          </w:p>
          <w:p w:rsidR="00680191" w:rsidRPr="004F0217" w:rsidRDefault="00680191" w:rsidP="004F0217">
            <w:pPr>
              <w:autoSpaceDE w:val="0"/>
              <w:autoSpaceDN w:val="0"/>
              <w:spacing w:before="7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Дементьев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Прощеноевоскресенье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8A5E4B" w:rsidRDefault="008A5E4B">
            <w:pPr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21.11</w:t>
            </w:r>
          </w:p>
          <w:p w:rsidR="00680191" w:rsidRDefault="00680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191" w:rsidRPr="004F0217" w:rsidRDefault="00680191" w:rsidP="00680191">
            <w:pPr>
              <w:autoSpaceDE w:val="0"/>
              <w:autoSpaceDN w:val="0"/>
              <w:spacing w:before="7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8A5E4B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А.П.Чехов "Блины".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8A5E4B" w:rsidRDefault="008A5E4B" w:rsidP="00680191">
            <w:pPr>
              <w:autoSpaceDE w:val="0"/>
              <w:autoSpaceDN w:val="0"/>
              <w:spacing w:before="98"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28.11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8A5E4B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Тэффи "Блины".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8A5E4B" w:rsidRDefault="008A5E4B" w:rsidP="00680191">
            <w:pPr>
              <w:autoSpaceDE w:val="0"/>
              <w:autoSpaceDN w:val="0"/>
              <w:spacing w:before="98"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5.12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Тестирование;</w:t>
            </w:r>
          </w:p>
        </w:tc>
      </w:tr>
      <w:tr w:rsidR="00680191" w:rsidRPr="004F0217" w:rsidTr="008A5E4B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Тепло родного дома. Всюду родимую Русь узнаю.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</w:tcPr>
          <w:p w:rsidR="00680191" w:rsidRDefault="008A5E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12.12</w:t>
            </w:r>
          </w:p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8A5E4B">
        <w:trPr>
          <w:trHeight w:hRule="exact" w:val="830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403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Стихотворения В.А.Рождественского "Русская природа".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8A5E4B" w:rsidP="004F0217">
            <w:pPr>
              <w:autoSpaceDE w:val="0"/>
              <w:autoSpaceDN w:val="0"/>
              <w:spacing w:before="100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19.12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чтение;</w:t>
            </w:r>
          </w:p>
        </w:tc>
      </w:tr>
      <w:tr w:rsidR="00680191" w:rsidRPr="00680191" w:rsidTr="008A5E4B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К.Г.Паустовский "Заботливый цветок".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8A5E4B" w:rsidP="00680191">
            <w:pPr>
              <w:autoSpaceDE w:val="0"/>
              <w:autoSpaceDN w:val="0"/>
              <w:spacing w:before="98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Самооценка с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«О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ценочного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листа»;</w:t>
            </w:r>
          </w:p>
        </w:tc>
      </w:tr>
      <w:tr w:rsidR="00680191" w:rsidRPr="004F0217" w:rsidTr="008A5E4B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Ю.В.Бондарев "Поздним вечером".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8A5E4B" w:rsidP="00680191">
            <w:pPr>
              <w:autoSpaceDE w:val="0"/>
              <w:autoSpaceDN w:val="0"/>
              <w:spacing w:before="98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8A5E4B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 до 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ордена-была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бы Родина.</w:t>
            </w:r>
          </w:p>
          <w:p w:rsidR="00680191" w:rsidRPr="004F0217" w:rsidRDefault="00680191" w:rsidP="004F0217">
            <w:pPr>
              <w:autoSpaceDE w:val="0"/>
              <w:autoSpaceDN w:val="0"/>
              <w:spacing w:before="70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Оборона Севастополя. Стихотворение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А.Н.Апухтина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"Солдатская песня о Севастополе".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Default="008A5E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23.01</w:t>
            </w:r>
          </w:p>
          <w:p w:rsidR="00680191" w:rsidRDefault="006801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80191" w:rsidRPr="004F0217" w:rsidRDefault="00680191" w:rsidP="00680191">
            <w:pPr>
              <w:autoSpaceDE w:val="0"/>
              <w:autoSpaceDN w:val="0"/>
              <w:spacing w:before="70" w:after="0" w:line="240" w:lineRule="auto"/>
              <w:ind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чтение;</w:t>
            </w:r>
          </w:p>
        </w:tc>
      </w:tr>
      <w:tr w:rsidR="00680191" w:rsidRPr="004F0217" w:rsidTr="008A5E4B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А.А.Фет "Севастопольское братское кладбище".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Default="008A5E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30.01</w:t>
            </w:r>
          </w:p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8A5E4B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Рюрик Ивнев "Севастополь"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8A5E4B" w:rsidRDefault="008A5E4B" w:rsidP="00680191">
            <w:pPr>
              <w:autoSpaceDE w:val="0"/>
              <w:autoSpaceDN w:val="0"/>
              <w:spacing w:before="98"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6.02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Сочинение;</w:t>
            </w:r>
          </w:p>
        </w:tc>
      </w:tr>
      <w:tr w:rsidR="00680191" w:rsidRPr="004F0217" w:rsidTr="008A5E4B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речи.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8A5E4B" w:rsidRDefault="008A5E4B" w:rsidP="00680191">
            <w:pPr>
              <w:autoSpaceDE w:val="0"/>
              <w:autoSpaceDN w:val="0"/>
              <w:spacing w:before="98"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13.02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Сочинение;</w:t>
            </w:r>
          </w:p>
        </w:tc>
      </w:tr>
      <w:tr w:rsidR="00680191" w:rsidRPr="004F0217" w:rsidTr="008A5E4B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Загадки русской души. Чудеса нужно делать своими руками. Стихотворение Ф.И. Тютчева "Чему бы жизнь нас ни учила...".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8A5E4B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8A5E4B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Н.С.Лесков "Неразменный рубль".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8A5E4B" w:rsidP="00680191">
            <w:pPr>
              <w:autoSpaceDE w:val="0"/>
              <w:autoSpaceDN w:val="0"/>
              <w:spacing w:before="10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680191" w:rsidRPr="004F0217" w:rsidTr="008A5E4B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В.П.Астафьев "Бабушка с малиной".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8A5E4B" w:rsidP="00680191">
            <w:pPr>
              <w:autoSpaceDE w:val="0"/>
              <w:autoSpaceDN w:val="0"/>
              <w:spacing w:before="98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8A5E4B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речи.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8A5E4B" w:rsidRDefault="008A5E4B" w:rsidP="00680191">
            <w:pPr>
              <w:autoSpaceDE w:val="0"/>
              <w:autoSpaceDN w:val="0"/>
              <w:spacing w:before="98"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13.03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Сочинение;</w:t>
            </w:r>
          </w:p>
        </w:tc>
      </w:tr>
      <w:tr w:rsidR="00680191" w:rsidRPr="004F0217" w:rsidTr="008A5E4B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Default="00680191" w:rsidP="004F0217">
            <w:pPr>
              <w:autoSpaceDE w:val="0"/>
              <w:autoSpaceDN w:val="0"/>
              <w:spacing w:before="98" w:after="0" w:line="240" w:lineRule="auto"/>
              <w:ind w:left="72" w:right="4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 ваших ровесниках. Реальность и мечты. </w:t>
            </w:r>
            <w:proofErr w:type="spellStart"/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Р.П.Погодин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"Кирпичные острова" (рассказ</w:t>
            </w:r>
            <w:proofErr w:type="gramEnd"/>
          </w:p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"Как я с ним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познакомился").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Default="008A5E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20.03</w:t>
            </w:r>
          </w:p>
          <w:p w:rsidR="00680191" w:rsidRDefault="006801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8A5E4B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Default="00680191" w:rsidP="004F0217">
            <w:pPr>
              <w:autoSpaceDE w:val="0"/>
              <w:autoSpaceDN w:val="0"/>
              <w:spacing w:before="98" w:after="0" w:line="240" w:lineRule="auto"/>
              <w:ind w:left="72" w:right="4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Р.П.Погодин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"Кирпичные острова" (рассказ</w:t>
            </w:r>
            <w:proofErr w:type="gramEnd"/>
          </w:p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"Кирпичные острова").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8A5E4B" w:rsidP="00680191">
            <w:pPr>
              <w:autoSpaceDE w:val="0"/>
              <w:autoSpaceDN w:val="0"/>
              <w:spacing w:before="98" w:after="0" w:line="240" w:lineRule="auto"/>
              <w:ind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</w:tbl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35871" w:rsidRPr="004F0217">
          <w:pgSz w:w="11900" w:h="16840"/>
          <w:pgMar w:top="284" w:right="650" w:bottom="50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031"/>
        <w:gridCol w:w="1134"/>
        <w:gridCol w:w="851"/>
        <w:gridCol w:w="1134"/>
        <w:gridCol w:w="1072"/>
        <w:gridCol w:w="1826"/>
      </w:tblGrid>
      <w:tr w:rsidR="00680191" w:rsidRPr="004F0217" w:rsidTr="008A5E4B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Е.С. Велтистов "Миллион и один день каникул" (фрагмент).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8A5E4B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8A5E4B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Е.С. Велтистов "Миллион и один день каникул" (фрагмент).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8A5E4B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Тестирование;</w:t>
            </w:r>
          </w:p>
        </w:tc>
      </w:tr>
      <w:tr w:rsidR="00680191" w:rsidRPr="008A5E4B" w:rsidTr="008A5E4B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Лишь слову жизнь дана. На русском дышим языке. К.Д.Бальмонт "Русский язык".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8A5E4B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8A5E4B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5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8A5E4B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5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8A5E4B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5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8A5E4B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5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Устный опрос;</w:t>
            </w:r>
          </w:p>
        </w:tc>
      </w:tr>
      <w:tr w:rsidR="00680191" w:rsidRPr="008A5E4B" w:rsidTr="008A5E4B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8A5E4B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5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31.</w:t>
            </w: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Ю.П.Мориц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"Язык 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обид-язык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 русский".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</w:tcPr>
          <w:p w:rsidR="00680191" w:rsidRDefault="008A5E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8.05</w:t>
            </w:r>
          </w:p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8A5E4B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5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8A5E4B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5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8A5E4B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5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8A5E4B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5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Устный опрос;</w:t>
            </w:r>
          </w:p>
        </w:tc>
      </w:tr>
      <w:tr w:rsidR="00680191" w:rsidRPr="004F0217" w:rsidTr="008A5E4B">
        <w:trPr>
          <w:trHeight w:hRule="exact" w:val="494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8A5E4B" w:rsidRDefault="00680191" w:rsidP="004F0217">
            <w:pPr>
              <w:autoSpaceDE w:val="0"/>
              <w:autoSpaceDN w:val="0"/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5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32.</w:t>
            </w:r>
          </w:p>
        </w:tc>
        <w:tc>
          <w:tcPr>
            <w:tcW w:w="403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8A5E4B" w:rsidRDefault="00680191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5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Итоговая контрольная работа.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8A5E4B" w:rsidRDefault="008A5E4B" w:rsidP="00680191">
            <w:pPr>
              <w:autoSpaceDE w:val="0"/>
              <w:autoSpaceDN w:val="0"/>
              <w:spacing w:before="10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15.05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8A5E4B" w:rsidRDefault="00680191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5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8A5E4B" w:rsidRDefault="00680191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5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8A5E4B" w:rsidRDefault="00680191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5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680191" w:rsidRPr="00680191" w:rsidTr="008A5E4B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ошибками.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Самооценка с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«О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ценочного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листа»;</w:t>
            </w:r>
          </w:p>
        </w:tc>
      </w:tr>
      <w:tr w:rsidR="00680191" w:rsidRPr="004F0217" w:rsidTr="008A5E4B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</w:t>
            </w: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 проектов.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8A5E4B" w:rsidRDefault="008A5E4B" w:rsidP="00680191">
            <w:pPr>
              <w:autoSpaceDE w:val="0"/>
              <w:autoSpaceDN w:val="0"/>
              <w:spacing w:before="98"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22.05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работа;</w:t>
            </w:r>
          </w:p>
        </w:tc>
      </w:tr>
      <w:tr w:rsidR="00935871" w:rsidRPr="004F0217" w:rsidTr="00680191">
        <w:trPr>
          <w:trHeight w:hRule="exact" w:val="828"/>
        </w:trPr>
        <w:tc>
          <w:tcPr>
            <w:tcW w:w="5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935871" w:rsidRPr="004F0217" w:rsidRDefault="00D67234" w:rsidP="004F0217">
      <w:pPr>
        <w:autoSpaceDE w:val="0"/>
        <w:autoSpaceDN w:val="0"/>
        <w:spacing w:before="218" w:after="0" w:line="240" w:lineRule="auto"/>
        <w:rPr>
          <w:rFonts w:ascii="Times New Roman" w:hAnsi="Times New Roman" w:cs="Times New Roman"/>
          <w:sz w:val="24"/>
          <w:szCs w:val="24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 КЛАСС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202"/>
        <w:gridCol w:w="732"/>
        <w:gridCol w:w="1620"/>
        <w:gridCol w:w="1668"/>
        <w:gridCol w:w="1826"/>
      </w:tblGrid>
      <w:tr w:rsidR="00935871" w:rsidRPr="004F0217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  <w:r w:rsidRPr="004F021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Виды, формы контроля</w:t>
            </w:r>
          </w:p>
        </w:tc>
      </w:tr>
      <w:tr w:rsidR="00935871" w:rsidRPr="004F0217">
        <w:trPr>
          <w:trHeight w:hRule="exact" w:val="828"/>
        </w:trPr>
        <w:tc>
          <w:tcPr>
            <w:tcW w:w="1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практические работы</w:t>
            </w:r>
          </w:p>
        </w:tc>
        <w:tc>
          <w:tcPr>
            <w:tcW w:w="1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4F0217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Преданья старины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.Р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усские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народные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песни:исторические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лирические песни. «На заре то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было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,б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ратцы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 на утренней…» «Ах вы, ветры, ветры буйные…»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 w:right="5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Фольклорные сюжеты и мотивы в русской литературе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А.С.Пушкин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.«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Песни о Стеньке Разине»(песня1).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 З. Суриков «Я ли в поле да не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травушка была…», А. К. Толстой «Моя душа летит приветом…».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Города земли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русской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.С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ибирский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край В. Г. Распутин. </w:t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Сибирь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Сибирь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чтение;</w:t>
            </w:r>
          </w:p>
        </w:tc>
      </w:tr>
      <w:tr w:rsidR="00935871" w:rsidRPr="004F0217">
        <w:trPr>
          <w:trHeight w:hRule="exact" w:val="4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А.И.Солженицын. «Колокол Углича».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</w:tbl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35871" w:rsidRPr="004F0217">
          <w:pgSz w:w="11900" w:h="16840"/>
          <w:pgMar w:top="284" w:right="650" w:bottom="59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202"/>
        <w:gridCol w:w="732"/>
        <w:gridCol w:w="1620"/>
        <w:gridCol w:w="1668"/>
        <w:gridCol w:w="1826"/>
      </w:tblGrid>
      <w:tr w:rsidR="00935871" w:rsidRPr="004F021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Родные просторы.  Русское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поле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.С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тихотворение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И. С. Никитина«Поле».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чтение;</w:t>
            </w:r>
          </w:p>
        </w:tc>
      </w:tr>
      <w:tr w:rsidR="00935871" w:rsidRPr="004F021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Русское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поле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.С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тихотворение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И. А. Гофф «Русское поле».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043292">
            <w:pPr>
              <w:autoSpaceDE w:val="0"/>
              <w:autoSpaceDN w:val="0"/>
              <w:spacing w:before="98" w:after="0" w:line="240" w:lineRule="auto"/>
              <w:ind w:left="72" w:right="5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Русское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поле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.С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тихотворение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Д. В. Григорович. </w:t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Пахарь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680191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Праздники русского мира.</w:t>
            </w:r>
          </w:p>
          <w:p w:rsidR="00935871" w:rsidRPr="004F0217" w:rsidRDefault="00D67234" w:rsidP="004F0217">
            <w:pPr>
              <w:autoSpaceDE w:val="0"/>
              <w:autoSpaceDN w:val="0"/>
              <w:spacing w:before="72" w:after="0" w:line="240" w:lineRule="auto"/>
              <w:ind w:left="72" w:right="8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Стихотворение К. Д. Бальмонт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«Б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лаговещенье в Москве».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Самооценка с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«О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ценочного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листа»;</w:t>
            </w:r>
          </w:p>
        </w:tc>
      </w:tr>
      <w:tr w:rsidR="00935871" w:rsidRPr="004F021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Праздники русского мира.</w:t>
            </w:r>
          </w:p>
          <w:p w:rsidR="00935871" w:rsidRPr="004F0217" w:rsidRDefault="00D67234" w:rsidP="004F0217">
            <w:pPr>
              <w:autoSpaceDE w:val="0"/>
              <w:autoSpaceDN w:val="0"/>
              <w:spacing w:before="70" w:after="0" w:line="240" w:lineRule="auto"/>
              <w:ind w:left="72" w:right="8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Стихотворение К. Д. Бальмонт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«Б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лаговещенье в Москве».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Праздники русского мира  А.</w:t>
            </w:r>
          </w:p>
          <w:p w:rsidR="00935871" w:rsidRPr="004F0217" w:rsidRDefault="00D67234" w:rsidP="004F0217">
            <w:pPr>
              <w:autoSpaceDE w:val="0"/>
              <w:autoSpaceDN w:val="0"/>
              <w:spacing w:before="70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С.Хомяков «Кремлевская заутреня на Пасху».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 А. Фет «Христос Воскресе!».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П. Чехов. «Казак».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Тепло родного дома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Русские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мастераВ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 А. Солоухин. «Камешки на ладони» 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 А. Солоухин. «Камешки на ладони».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речи.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Сочинение;</w:t>
            </w:r>
          </w:p>
        </w:tc>
      </w:tr>
      <w:tr w:rsidR="00935871" w:rsidRPr="004F021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 А. Абрамов. «Дом».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Р. И. Рождественский «О мастерах»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.</w:t>
            </w:r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49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Не до ордена — была бы Родина.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Р. И. Рождественский «О мастерах».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М. М. Пришвин. «Голубая стрекоза».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Загадки русской души.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Тестирование;</w:t>
            </w:r>
          </w:p>
        </w:tc>
      </w:tr>
      <w:tr w:rsidR="00935871" w:rsidRPr="004F0217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Долюшка женская. Стихотворения Ф. И. Тютчева «Русской женщине», Н. А. Некрасова  «Внимая ужасам войны…».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</w:tbl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35871" w:rsidRPr="004F0217">
          <w:pgSz w:w="11900" w:h="16840"/>
          <w:pgMar w:top="284" w:right="650" w:bottom="101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202"/>
        <w:gridCol w:w="732"/>
        <w:gridCol w:w="1620"/>
        <w:gridCol w:w="1668"/>
        <w:gridCol w:w="1826"/>
      </w:tblGrid>
      <w:tr w:rsidR="00935871" w:rsidRPr="004F0217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Стихотворения Ю. В.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Друниной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«Запас прочности»,  «И откуда вдруг берутся силы…»,  В. М.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Тушновой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«Вот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говорят: Россия…».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Ф. А. Абрамов. «Золотые руки».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DB53B8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DB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д/зстр.74-76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DB53B8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речи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B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 четверть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Сочинение;</w:t>
            </w:r>
          </w:p>
        </w:tc>
      </w:tr>
      <w:tr w:rsidR="00935871" w:rsidRPr="004F0217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 ваших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ровесниках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.В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зрослые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детские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проблемыН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Н.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Назаркин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935871" w:rsidRPr="004F0217" w:rsidRDefault="00D67234" w:rsidP="004F0217">
            <w:pPr>
              <w:autoSpaceDE w:val="0"/>
              <w:autoSpaceDN w:val="0"/>
              <w:spacing w:before="72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«Изумрудная рыбка»,  «Ах, миледи!»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,«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 личную жизнь».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Н. Н.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Назаркин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 «Изумрудная рыбка», «Ах, миледи!», «Про личную жизнь».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 С. Игнатов. «Джинн Сева».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Лишь слову жизнь дана.   «Такого языка на свете не бывало…»Вс. Рождественский «В родной поэзии совсем не старовер…».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Тестирование;</w:t>
            </w:r>
          </w:p>
        </w:tc>
      </w:tr>
      <w:tr w:rsidR="00935871" w:rsidRPr="00680191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ошибками.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Самооценка с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«О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ценочного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листа»;</w:t>
            </w:r>
          </w:p>
        </w:tc>
      </w:tr>
      <w:tr w:rsidR="00935871" w:rsidRPr="004F021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Резервное время.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Резервное время.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>
        <w:trPr>
          <w:trHeight w:hRule="exact" w:val="828"/>
        </w:trPr>
        <w:tc>
          <w:tcPr>
            <w:tcW w:w="4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935871" w:rsidRPr="004F0217" w:rsidRDefault="00D67234" w:rsidP="004F0217">
      <w:pPr>
        <w:autoSpaceDE w:val="0"/>
        <w:autoSpaceDN w:val="0"/>
        <w:spacing w:before="220" w:after="0" w:line="240" w:lineRule="auto"/>
        <w:rPr>
          <w:rFonts w:ascii="Times New Roman" w:hAnsi="Times New Roman" w:cs="Times New Roman"/>
          <w:sz w:val="24"/>
          <w:szCs w:val="24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 КЛАСС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315"/>
        <w:gridCol w:w="1276"/>
        <w:gridCol w:w="850"/>
        <w:gridCol w:w="992"/>
        <w:gridCol w:w="789"/>
        <w:gridCol w:w="1826"/>
      </w:tblGrid>
      <w:tr w:rsidR="00680191" w:rsidRPr="004F0217" w:rsidTr="00032C35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  <w:r w:rsidRPr="004F021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43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032C35" w:rsidRDefault="00032C35" w:rsidP="00680191">
            <w:pPr>
              <w:autoSpaceDE w:val="0"/>
              <w:autoSpaceDN w:val="0"/>
              <w:spacing w:before="98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6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Виды, формы контроля</w:t>
            </w:r>
          </w:p>
        </w:tc>
      </w:tr>
      <w:tr w:rsidR="00680191" w:rsidRPr="004F0217" w:rsidTr="00032C35">
        <w:trPr>
          <w:trHeight w:hRule="exact" w:val="828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68019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80191" w:rsidRPr="004F0217" w:rsidRDefault="0068019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68019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практические работы</w:t>
            </w:r>
          </w:p>
        </w:tc>
        <w:tc>
          <w:tcPr>
            <w:tcW w:w="18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68019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191" w:rsidRPr="004F0217" w:rsidTr="00032C35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Введение. Родная литература как часть русской культуры. Легендарный герой земли русской Иван Сусанин. </w:t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С.Н.</w:t>
            </w:r>
          </w:p>
          <w:p w:rsidR="00680191" w:rsidRPr="004F0217" w:rsidRDefault="00680191" w:rsidP="004F0217">
            <w:pPr>
              <w:autoSpaceDE w:val="0"/>
              <w:autoSpaceDN w:val="0"/>
              <w:spacing w:before="7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Марков. «Сусанин».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8A5E4B" w:rsidRDefault="008A5E4B" w:rsidP="004F0217">
            <w:pPr>
              <w:autoSpaceDE w:val="0"/>
              <w:autoSpaceDN w:val="0"/>
              <w:spacing w:before="7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2.09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032C35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Default="00680191" w:rsidP="004F0217">
            <w:pPr>
              <w:autoSpaceDE w:val="0"/>
              <w:autoSpaceDN w:val="0"/>
              <w:spacing w:before="98" w:after="0" w:line="240" w:lineRule="auto"/>
              <w:ind w:left="72" w:right="4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О.А. Ильина. «Во время 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грозного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</w:p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злого поединка…»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8A5E4B" w:rsidP="00680191">
            <w:pPr>
              <w:autoSpaceDE w:val="0"/>
              <w:autoSpaceDN w:val="0"/>
              <w:spacing w:before="98" w:after="0" w:line="240" w:lineRule="auto"/>
              <w:ind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</w:tbl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35871" w:rsidRPr="004F0217">
          <w:pgSz w:w="11900" w:h="16840"/>
          <w:pgMar w:top="284" w:right="650" w:bottom="68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315"/>
        <w:gridCol w:w="1276"/>
        <w:gridCol w:w="850"/>
        <w:gridCol w:w="992"/>
        <w:gridCol w:w="789"/>
        <w:gridCol w:w="1826"/>
      </w:tblGrid>
      <w:tr w:rsidR="00935871" w:rsidRPr="004F0217" w:rsidTr="0068019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П. Н. Полевой. «Избранник Божий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»(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главы из </w:t>
            </w:r>
            <w:r w:rsidR="008A5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16.09</w:t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романа).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680191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Города земли русской. По Золотому кольцу: Ф.К. Сологуб. «Сквозь туман едва заметный…», М.А. Кузмин. </w:t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«Я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знаювасне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понаслышке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8A5E4B" w:rsidRDefault="008A5E4B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23.09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68019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5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 Золотому кольцу: И.И. Кобзев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.«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Поездка в Суздаль».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Default="008A5E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30.09</w:t>
            </w:r>
          </w:p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right="5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680191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 Золотому кольцу: В.А. Степанов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.«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Золотое кольцо».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Default="008A5E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7.10</w:t>
            </w:r>
          </w:p>
          <w:p w:rsidR="00680191" w:rsidRPr="004F0217" w:rsidRDefault="00680191" w:rsidP="00680191">
            <w:pPr>
              <w:autoSpaceDE w:val="0"/>
              <w:autoSpaceDN w:val="0"/>
              <w:spacing w:before="100" w:after="0" w:line="240" w:lineRule="auto"/>
              <w:ind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680191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Родные просторы. Волга – русская река в народном творчестве: «Уж ты, Волга-река, Волга-матушка!..»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(русская народная песня). Народные песни в произведениях русской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 Роль народных песен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8A5E4B" w:rsidP="004F0217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680191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Н.А. Некрасов. «Люблю я краткой той поры…» (из поэмы «Горе старого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Наума»)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8A5E4B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68019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В.С. Высоцкий. «Песня о Волге».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8A5E4B" w:rsidP="00680191">
            <w:pPr>
              <w:autoSpaceDE w:val="0"/>
              <w:autoSpaceDN w:val="0"/>
              <w:spacing w:before="98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68019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10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В.В. Розанов. «Русский Нил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»(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фрагмент).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80191" w:rsidRDefault="008A5E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18.11</w:t>
            </w:r>
          </w:p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right="10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680191" w:rsidTr="00680191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Защита творческого проекта №1 по теме «Родные просторы в творчестве поэтов  Башкирии»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8A5E4B" w:rsidP="004F0217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Самооценка с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«О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ценочного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листа»;</w:t>
            </w:r>
          </w:p>
        </w:tc>
      </w:tr>
      <w:tr w:rsidR="00680191" w:rsidRPr="004F0217" w:rsidTr="0068019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Праздники русского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мира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.И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.А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 Бунин.«Троица».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Default="006801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80191" w:rsidRPr="004F0217" w:rsidRDefault="008A5E4B" w:rsidP="00680191">
            <w:pPr>
              <w:autoSpaceDE w:val="0"/>
              <w:autoSpaceDN w:val="0"/>
              <w:spacing w:before="98" w:after="0" w:line="240" w:lineRule="auto"/>
              <w:ind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680191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ind w:left="72" w:right="8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С.А. Есенин. «Троицыно утро, утренний канон…»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Default="008A5E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9.12</w:t>
            </w:r>
          </w:p>
          <w:p w:rsidR="00680191" w:rsidRPr="004F0217" w:rsidRDefault="00680191" w:rsidP="00680191">
            <w:pPr>
              <w:autoSpaceDE w:val="0"/>
              <w:autoSpaceDN w:val="0"/>
              <w:spacing w:before="100" w:after="0" w:line="240" w:lineRule="auto"/>
              <w:ind w:right="8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68019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8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Н.И.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Рыленков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 «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ль высказать без слов…»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Default="008A5E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right="8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68019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И.А. Новиков. «Троицкая кукушка».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8A5E4B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680191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«Народный календарь» - традиции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Башкортостана в творчестве писателей и поэтов.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8A5E4B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680191" w:rsidRPr="004F0217" w:rsidTr="00680191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Тепло родного дома. Ф.А. Абрамов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.«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Валенки».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Default="008A5E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</w:tbl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35871" w:rsidRPr="004F0217">
          <w:pgSz w:w="11900" w:h="16840"/>
          <w:pgMar w:top="284" w:right="650" w:bottom="57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315"/>
        <w:gridCol w:w="1276"/>
        <w:gridCol w:w="850"/>
        <w:gridCol w:w="992"/>
        <w:gridCol w:w="789"/>
        <w:gridCol w:w="1826"/>
      </w:tblGrid>
      <w:tr w:rsidR="00680191" w:rsidRPr="004F0217" w:rsidTr="0068019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Т.В. Михеева. «Не предавай меня!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»(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главы из повести).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Default="008A5E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68019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Родство душ в повести Т.В. Михеевой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«Н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 предавай меня!»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Default="008A5E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3.02</w:t>
            </w:r>
          </w:p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680191" w:rsidRPr="00680191" w:rsidTr="00680191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Защита творческого проекта №2 по теме «Духовные ценности моей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семьи».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8A5E4B" w:rsidP="004F0217">
            <w:pPr>
              <w:autoSpaceDE w:val="0"/>
              <w:autoSpaceDN w:val="0"/>
              <w:spacing w:before="98" w:after="0" w:line="24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Самооценка с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«О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ценочного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листа»;</w:t>
            </w:r>
          </w:p>
        </w:tc>
      </w:tr>
      <w:tr w:rsidR="00680191" w:rsidRPr="004F0217" w:rsidTr="00680191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речи. Тепло родного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края. Творчество поэтов и писателей Башкортостана.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Основныемотивылирики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Любовь к малой родине.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8A5E4B" w:rsidRDefault="008A5E4B" w:rsidP="004F0217">
            <w:pPr>
              <w:autoSpaceDE w:val="0"/>
              <w:autoSpaceDN w:val="0"/>
              <w:spacing w:before="100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Тестирование;</w:t>
            </w:r>
          </w:p>
        </w:tc>
      </w:tr>
      <w:tr w:rsidR="00680191" w:rsidRPr="004F0217" w:rsidTr="0068019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 до ордена – была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Родина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.Э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.Н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Веркин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Облачныйполк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главы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8A5E4B" w:rsidRDefault="008A5E4B" w:rsidP="004F0217">
            <w:pPr>
              <w:autoSpaceDE w:val="0"/>
              <w:autoSpaceDN w:val="0"/>
              <w:spacing w:before="98" w:after="0" w:line="24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68019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Дети на войне в повести Э.Н.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Веркина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«О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блачный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полк».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Default="008A5E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3.03</w:t>
            </w:r>
          </w:p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68019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Дети-герои Башкортостана.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8A5E4B" w:rsidRDefault="008A5E4B" w:rsidP="00680191">
            <w:pPr>
              <w:autoSpaceDE w:val="0"/>
              <w:autoSpaceDN w:val="0"/>
              <w:spacing w:before="98"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68019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115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Загадки русской души. И.С. Тургенев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.«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Сфинкс».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Default="008A5E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right="115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68019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Ф.М. Достоевский. «Мужик Марей».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8A5E4B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68019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Ф.М. Достоевский. «Мужик Марей».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8A5E4B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68019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8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речи. Черты русского национального характера.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Default="00AB39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14.04</w:t>
            </w:r>
          </w:p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right="8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066511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 четверть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68019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 ваших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ровесниках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.Б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.Л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 Васильев.«Завтра была война» (главы).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Default="00AB39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21.04</w:t>
            </w:r>
          </w:p>
          <w:p w:rsidR="00680191" w:rsidRDefault="006801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80191" w:rsidRPr="004F0217" w:rsidRDefault="00680191" w:rsidP="00680191">
            <w:pPr>
              <w:autoSpaceDE w:val="0"/>
              <w:autoSpaceDN w:val="0"/>
              <w:spacing w:before="98" w:after="0" w:line="240" w:lineRule="auto"/>
              <w:ind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680191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Default="00680191" w:rsidP="004F0217">
            <w:pPr>
              <w:autoSpaceDE w:val="0"/>
              <w:autoSpaceDN w:val="0"/>
              <w:spacing w:before="100" w:after="0" w:line="240" w:lineRule="auto"/>
              <w:ind w:left="72" w:righ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Пора взросления в повести Г.Н.</w:t>
            </w:r>
          </w:p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ind w:left="72"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Щербаковой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«В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ам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не снилось»(главы).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Default="00AB39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28.04</w:t>
            </w:r>
          </w:p>
          <w:p w:rsidR="00680191" w:rsidRPr="004F0217" w:rsidRDefault="00680191" w:rsidP="00680191">
            <w:pPr>
              <w:autoSpaceDE w:val="0"/>
              <w:autoSpaceDN w:val="0"/>
              <w:spacing w:before="100" w:after="0" w:line="240" w:lineRule="auto"/>
              <w:ind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680191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Лишь слову жизнь дана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.Я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зык поэзии в рассказе Дон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Аминадо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«Наука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стихосложения».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AB396D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68019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14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И.Ф. Анненский. «Третий мучительный сонет».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AB396D" w:rsidP="00680191">
            <w:pPr>
              <w:autoSpaceDE w:val="0"/>
              <w:autoSpaceDN w:val="0"/>
              <w:spacing w:before="98" w:after="0" w:line="240" w:lineRule="auto"/>
              <w:ind w:right="14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680191" w:rsidRPr="004F0217" w:rsidTr="00680191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Проверочная работа по итогам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изучения раздела «Русский характер 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–р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усская душа».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AB396D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</w:tbl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35871" w:rsidRPr="004F0217">
          <w:pgSz w:w="11900" w:h="16840"/>
          <w:pgMar w:top="284" w:right="650" w:bottom="83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315"/>
        <w:gridCol w:w="1276"/>
        <w:gridCol w:w="850"/>
        <w:gridCol w:w="992"/>
        <w:gridCol w:w="789"/>
        <w:gridCol w:w="1826"/>
      </w:tblGrid>
      <w:tr w:rsidR="00680191" w:rsidRPr="00680191" w:rsidTr="00680191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Итоговое обобщение. Значение родной литературы для развития русской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0191" w:rsidRPr="004F0217" w:rsidRDefault="00AB396D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191" w:rsidRPr="004F0217" w:rsidRDefault="00680191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Самооценка с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«О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ценочного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листа»;</w:t>
            </w:r>
          </w:p>
        </w:tc>
      </w:tr>
      <w:tr w:rsidR="00935871" w:rsidRPr="004F0217" w:rsidTr="00680191">
        <w:trPr>
          <w:trHeight w:hRule="exact" w:val="828"/>
        </w:trPr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935871" w:rsidRPr="004F0217" w:rsidRDefault="00D67234" w:rsidP="004F0217">
      <w:pPr>
        <w:autoSpaceDE w:val="0"/>
        <w:autoSpaceDN w:val="0"/>
        <w:spacing w:before="218" w:after="0" w:line="240" w:lineRule="auto"/>
        <w:rPr>
          <w:rFonts w:ascii="Times New Roman" w:hAnsi="Times New Roman" w:cs="Times New Roman"/>
          <w:sz w:val="24"/>
          <w:szCs w:val="24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 КЛАСС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740"/>
        <w:gridCol w:w="1559"/>
        <w:gridCol w:w="1134"/>
        <w:gridCol w:w="789"/>
        <w:gridCol w:w="1826"/>
      </w:tblGrid>
      <w:tr w:rsidR="00935871" w:rsidRPr="004F0217" w:rsidTr="00032C35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  <w:r w:rsidRPr="004F021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34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Виды, формы контроля</w:t>
            </w:r>
          </w:p>
        </w:tc>
      </w:tr>
      <w:tr w:rsidR="00935871" w:rsidRPr="004F0217" w:rsidTr="00032C35">
        <w:trPr>
          <w:trHeight w:hRule="exact" w:val="830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практические работы</w:t>
            </w:r>
          </w:p>
        </w:tc>
        <w:tc>
          <w:tcPr>
            <w:tcW w:w="18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871" w:rsidRPr="004F0217" w:rsidRDefault="00935871" w:rsidP="004F0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871" w:rsidRPr="004F0217" w:rsidTr="00032C35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Преданья старины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глубокой. Отечественная война 1812 года в русском фольклоре и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литературе. Песня «Как не две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тученьки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 две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грозныя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…» (русская народная песня).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B396D" w:rsidRPr="00AB396D" w:rsidRDefault="00AB396D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  <w:t>9.09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 w:rsidTr="00032C35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032C35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D67234"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30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«Великий день Бородина» под пером А.С. Пушкина. Герои Отечественной войны в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изображенииИ.И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935871" w:rsidRPr="004F0217" w:rsidRDefault="00D67234" w:rsidP="004F0217">
            <w:pPr>
              <w:autoSpaceDE w:val="0"/>
              <w:autoSpaceDN w:val="0"/>
              <w:spacing w:before="7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Лажечникова и М. И. Цветаевой.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B396D" w:rsidRPr="00AB396D" w:rsidRDefault="00AB396D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  <w:t>23.09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 w:rsidTr="00032C35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032C35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D67234"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Города земли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русской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.П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етербург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русской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литературе:А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 С. Пушкин«Город пышный, город бедный…».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B396D" w:rsidRPr="00AB396D" w:rsidRDefault="00AB396D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  <w:t>7.10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Тестирование;</w:t>
            </w:r>
          </w:p>
        </w:tc>
      </w:tr>
      <w:tr w:rsidR="00935871" w:rsidRPr="004F0217" w:rsidTr="00032C35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032C35" w:rsidRDefault="00032C35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 А. Ахматова. «Стихи о Петербурге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»(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«Вновь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Исакий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облаченьи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…»).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Авторскаяпозиция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B396D" w:rsidRPr="00AB396D" w:rsidRDefault="00AB396D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  <w:t>21.10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 w:rsidTr="00032C35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032C35" w:rsidRDefault="00032C35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Картины старого города в книге Л. В.</w:t>
            </w:r>
          </w:p>
          <w:p w:rsidR="00935871" w:rsidRPr="004F0217" w:rsidRDefault="00D67234" w:rsidP="004F0217">
            <w:pPr>
              <w:autoSpaceDE w:val="0"/>
              <w:autoSpaceDN w:val="0"/>
              <w:spacing w:before="70" w:after="0" w:line="240" w:lineRule="auto"/>
              <w:ind w:left="72" w:right="5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Успенского «Записки старого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петербуржца» (глава «Фонарики-сударики»).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B396D" w:rsidRPr="00AB396D" w:rsidRDefault="00AB396D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  <w:t>18.11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Тестирование;</w:t>
            </w:r>
          </w:p>
        </w:tc>
      </w:tr>
    </w:tbl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35871" w:rsidRPr="004F0217">
          <w:pgSz w:w="11900" w:h="16840"/>
          <w:pgMar w:top="284" w:right="650" w:bottom="49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882"/>
        <w:gridCol w:w="1843"/>
        <w:gridCol w:w="567"/>
        <w:gridCol w:w="930"/>
        <w:gridCol w:w="1826"/>
      </w:tblGrid>
      <w:tr w:rsidR="00935871" w:rsidRPr="004F0217" w:rsidTr="00032C35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032C35" w:rsidRDefault="00032C35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Родные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просторы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.С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тепь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раздольная.</w:t>
            </w:r>
          </w:p>
          <w:p w:rsidR="00935871" w:rsidRPr="004F0217" w:rsidRDefault="00D67234" w:rsidP="004F0217">
            <w:pPr>
              <w:autoSpaceDE w:val="0"/>
              <w:autoSpaceDN w:val="0"/>
              <w:spacing w:before="70" w:after="0" w:line="240" w:lineRule="auto"/>
              <w:ind w:left="72" w:right="576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«Уж ты, степь ли моя, степь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Моздокская…» </w:t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русскаянароднаяпесня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B396D" w:rsidRPr="00AB396D" w:rsidRDefault="00AB396D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  <w:t>2.12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 w:rsidTr="00032C35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032C35" w:rsidRDefault="00032C35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И. З. Суриков «В степи». Основные мотивы стихотворения. А. П. Чехов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.«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Степь» (фрагмент).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B396D" w:rsidRPr="00AB396D" w:rsidRDefault="00AB396D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  <w:t>16.12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 w:rsidTr="00032C35">
        <w:trPr>
          <w:trHeight w:hRule="exact" w:val="1166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032C35" w:rsidRDefault="00032C35" w:rsidP="004F0217">
            <w:pPr>
              <w:autoSpaceDE w:val="0"/>
              <w:autoSpaceDN w:val="0"/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48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проекта «Образ степи в фольклоре и литературе народов России».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B396D" w:rsidRPr="00AB396D" w:rsidRDefault="00AB396D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  <w:t>13.01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100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работа;</w:t>
            </w:r>
          </w:p>
        </w:tc>
      </w:tr>
      <w:tr w:rsidR="00935871" w:rsidRPr="004F0217" w:rsidTr="00032C35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032C35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D67234"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Русские традиционные праздники в стихотворении К.Д. Бальмонта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«Первый спас».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B396D" w:rsidRPr="00AB396D" w:rsidRDefault="00AB396D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  <w:t>27.01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 w:rsidTr="00032C3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032C35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D67234"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Е. А. Евтушенко. «Само упало яблоко с небес…»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Анализстихотворения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B396D" w:rsidRPr="00AB396D" w:rsidRDefault="00AB396D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  <w:t>10.02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 w:rsidTr="00032C35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032C35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D67234"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Тепло родного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дома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.Р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одительский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дом. А. П. Платонов «На заре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туманной юности» (главы).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B396D" w:rsidRPr="00AB396D" w:rsidRDefault="00AB396D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  <w:t>24.02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 w:rsidTr="00032C35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032C35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="00D67234"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«Выражение русской души». В. П. Астафьев «Далёкая и близкая 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сказка</w:t>
            </w:r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»(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рассказ из повести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«Последний поклон»).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B396D" w:rsidRPr="00AB396D" w:rsidRDefault="00AB396D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  <w:t>10.03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 w:rsidTr="00032C35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032C35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="00D67234"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Что такое война? М. В.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Кульчицкий</w:t>
            </w:r>
            <w:proofErr w:type="spellEnd"/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.«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Мечтатель, фантазёр, лентяй-</w:t>
            </w:r>
            <w:r w:rsidRPr="004F0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завистник!..»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B396D" w:rsidRPr="00AB396D" w:rsidRDefault="00AB396D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  <w:t>17.03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</w:tbl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35871" w:rsidRPr="004F0217">
          <w:pgSz w:w="11900" w:h="16840"/>
          <w:pgMar w:top="284" w:right="650" w:bottom="31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4202"/>
        <w:gridCol w:w="1814"/>
        <w:gridCol w:w="1276"/>
        <w:gridCol w:w="930"/>
        <w:gridCol w:w="1826"/>
      </w:tblGrid>
      <w:tr w:rsidR="00935871" w:rsidRPr="004F0217" w:rsidTr="00032C3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032C35" w:rsidRDefault="00032C35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Военное поколение в рассказе Ю. М. Нагибина «Ваганов».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B396D" w:rsidRPr="00AB396D" w:rsidRDefault="00AB396D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  <w:t>7.04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 w:rsidTr="00032C35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032C35" w:rsidRDefault="00032C35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Трагическая судьба кавалерийской дивизии в романе А. </w:t>
            </w: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Кешокова</w:t>
            </w:r>
            <w:proofErr w:type="spellEnd"/>
            <w:proofErr w:type="gram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.«</w:t>
            </w:r>
            <w:proofErr w:type="gram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Сломанная подкова».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B396D" w:rsidRPr="00AB396D" w:rsidRDefault="00AB396D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  <w:t>21.04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935871" w:rsidRPr="004F0217" w:rsidTr="00032C3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032C35" w:rsidP="00032C35">
            <w:pPr>
              <w:autoSpaceDE w:val="0"/>
              <w:autoSpaceDN w:val="0"/>
              <w:spacing w:before="9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="00D67234"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 К. Зайцев. «Лёгкое бремя».</w:t>
            </w:r>
          </w:p>
          <w:p w:rsidR="00935871" w:rsidRPr="004F0217" w:rsidRDefault="00D67234" w:rsidP="004F0217">
            <w:pPr>
              <w:autoSpaceDE w:val="0"/>
              <w:autoSpaceDN w:val="0"/>
              <w:spacing w:before="7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Страницыжизнирусскихэмигрантов</w:t>
            </w:r>
            <w:proofErr w:type="spellEnd"/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B396D" w:rsidRPr="00AB396D" w:rsidRDefault="00AB396D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  <w:t>5.05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935871" w:rsidRPr="004F0217" w:rsidTr="00032C3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032C35" w:rsidP="004F0217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="00D67234"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8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Проверочная работа по итогам изучения раздела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B396D" w:rsidRPr="00AB396D" w:rsidRDefault="00AB396D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  <w:t>19.05</w:t>
            </w:r>
            <w:bookmarkStart w:id="0" w:name="_GoBack"/>
            <w:bookmarkEnd w:id="0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Тестирование;</w:t>
            </w:r>
          </w:p>
        </w:tc>
      </w:tr>
      <w:tr w:rsidR="00935871" w:rsidRPr="004F0217" w:rsidTr="00032C35">
        <w:trPr>
          <w:trHeight w:hRule="exact" w:val="808"/>
        </w:trPr>
        <w:tc>
          <w:tcPr>
            <w:tcW w:w="4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032C35" w:rsidRDefault="00032C35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35871" w:rsidRPr="004F0217" w:rsidRDefault="00D67234" w:rsidP="004F0217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F0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871" w:rsidRPr="004F0217" w:rsidRDefault="00935871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35871" w:rsidRPr="004F0217">
          <w:pgSz w:w="11900" w:h="16840"/>
          <w:pgMar w:top="284" w:right="650" w:bottom="106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35871" w:rsidRPr="004F0217" w:rsidRDefault="00935871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871" w:rsidRPr="004F0217" w:rsidRDefault="00D67234" w:rsidP="004F021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УЧЕБНО-МЕТОДИЧЕСКОЕ ОБЕСПЕЧЕНИЕ ОБРАЗОВАТЕЛЬНОГО ПРОЦЕССА </w:t>
      </w:r>
    </w:p>
    <w:p w:rsidR="00935871" w:rsidRPr="004F0217" w:rsidRDefault="00D67234" w:rsidP="004F0217">
      <w:pPr>
        <w:autoSpaceDE w:val="0"/>
        <w:autoSpaceDN w:val="0"/>
        <w:spacing w:before="346" w:after="0" w:line="240" w:lineRule="auto"/>
        <w:ind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ОБЯЗАТЕЛЬНЫЕ УЧЕБНЫЕ МАТЕРИАЛЫ ДЛЯ УЧЕНИКА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5 КЛАСС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Русская родная литература. 5 класс. Учебник для общеобразовательных организаций. Авто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р(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ы): Александрова О.М., Аристова М.А....</w:t>
      </w:r>
    </w:p>
    <w:p w:rsidR="00935871" w:rsidRPr="004F0217" w:rsidRDefault="00D67234" w:rsidP="004F0217">
      <w:pPr>
        <w:autoSpaceDE w:val="0"/>
        <w:autoSpaceDN w:val="0"/>
        <w:spacing w:before="262" w:after="0" w:line="240" w:lineRule="auto"/>
        <w:ind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6 КЛАСС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Русская родная литература. 6 класс. Учебник для общеобразовательных организаций. Авто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р(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ы): Александрова О.М., Аристова М.А....</w:t>
      </w:r>
    </w:p>
    <w:p w:rsidR="00935871" w:rsidRPr="004F0217" w:rsidRDefault="00D67234" w:rsidP="004F0217">
      <w:pPr>
        <w:autoSpaceDE w:val="0"/>
        <w:autoSpaceDN w:val="0"/>
        <w:spacing w:before="264" w:after="0" w:line="240" w:lineRule="auto"/>
        <w:ind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7 КЛАСС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Русская родная литература. 7 класс. Учебник для общеобразовательных организаций. Авто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р(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ы): Александрова О.М., Аристова М.А....</w:t>
      </w:r>
    </w:p>
    <w:p w:rsidR="00935871" w:rsidRPr="004F0217" w:rsidRDefault="00D67234" w:rsidP="004F0217">
      <w:pPr>
        <w:autoSpaceDE w:val="0"/>
        <w:autoSpaceDN w:val="0"/>
        <w:spacing w:before="262" w:after="0" w:line="240" w:lineRule="auto"/>
        <w:ind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8 КЛАСС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Русская родная литература. 8 класс. Учебник для общеобразовательных организаций. Авто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р(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ы): Александрова О.М., Аристова М.А....</w:t>
      </w:r>
    </w:p>
    <w:p w:rsidR="00935871" w:rsidRPr="004F0217" w:rsidRDefault="00D67234" w:rsidP="004F0217">
      <w:pPr>
        <w:autoSpaceDE w:val="0"/>
        <w:autoSpaceDN w:val="0"/>
        <w:spacing w:before="262" w:after="0" w:line="240" w:lineRule="auto"/>
        <w:ind w:right="576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9 КЛАСС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Русская родная литература. 9 класс. Учебник для общеобразовательных организаций. Авто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р(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ы): Александрова О.М., Аристова М.А....</w:t>
      </w:r>
    </w:p>
    <w:p w:rsidR="00935871" w:rsidRPr="004F0217" w:rsidRDefault="00D67234" w:rsidP="004F0217">
      <w:pPr>
        <w:autoSpaceDE w:val="0"/>
        <w:autoSpaceDN w:val="0"/>
        <w:spacing w:before="262" w:after="0" w:line="240" w:lineRule="auto"/>
        <w:ind w:right="187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МЕТОДИЧЕСКИЕ МАТЕРИАЛЫ ДЛЯ УЧИТЕЛЯ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5 КЛАСС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Поурочные разработки по родной литературе. 5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класс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:п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особие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для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учиителя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(к УМК О.М.Александровой и др.).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Москва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;П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росвещение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с 2019 по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наст.вр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35871" w:rsidRPr="004F0217" w:rsidRDefault="00D67234" w:rsidP="004F0217">
      <w:pPr>
        <w:autoSpaceDE w:val="0"/>
        <w:autoSpaceDN w:val="0"/>
        <w:spacing w:before="262" w:after="0" w:line="240" w:lineRule="auto"/>
        <w:ind w:right="187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6 КЛАСС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Поурочные разработки по родной литературе. 6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класс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:п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особие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для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учиителя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(к УМК О.М.Александровой и др.).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Москва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;П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росвещение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с 2019 по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наст.вр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35871" w:rsidRPr="004F0217" w:rsidRDefault="00D67234" w:rsidP="004F0217">
      <w:pPr>
        <w:autoSpaceDE w:val="0"/>
        <w:autoSpaceDN w:val="0"/>
        <w:spacing w:before="264" w:after="0" w:line="240" w:lineRule="auto"/>
        <w:ind w:right="187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7 КЛАСС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Поурочные разработки по родной литературе. 5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класс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:п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особие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для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учиителя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(к УМК О.М.Александровой и др.).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Москва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;П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росвещение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с 2019 по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наст.вр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35871" w:rsidRPr="004F0217" w:rsidRDefault="00D67234" w:rsidP="004F0217">
      <w:pPr>
        <w:autoSpaceDE w:val="0"/>
        <w:autoSpaceDN w:val="0"/>
        <w:spacing w:before="262" w:after="0" w:line="240" w:lineRule="auto"/>
        <w:ind w:right="187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8 КЛАСС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Поурочные разработки по родной литературе. 8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класс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:п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особие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для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учиителя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(к УМК О.М.Александровой и др.).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Москва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;П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росвещение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с 2019 по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наст.вр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35871" w:rsidRPr="004F0217" w:rsidRDefault="00D67234" w:rsidP="004F0217">
      <w:pPr>
        <w:autoSpaceDE w:val="0"/>
        <w:autoSpaceDN w:val="0"/>
        <w:spacing w:before="262" w:after="0" w:line="240" w:lineRule="auto"/>
        <w:ind w:right="1872"/>
        <w:rPr>
          <w:rFonts w:ascii="Times New Roman" w:hAnsi="Times New Roman" w:cs="Times New Roman"/>
          <w:sz w:val="24"/>
          <w:szCs w:val="24"/>
          <w:lang w:val="ru-RU"/>
        </w:rPr>
      </w:pPr>
      <w:r w:rsidRPr="004F0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9 КЛАСС </w:t>
      </w:r>
      <w:r w:rsidRPr="004F02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Поурочные разработки по родной литературе. 9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класс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:п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особие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для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учиителя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(к УМК О.М.Александровой и др.).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Москва</w:t>
      </w:r>
      <w:proofErr w:type="gram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;П</w:t>
      </w:r>
      <w:proofErr w:type="gram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росвещение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с 2019 по </w:t>
      </w:r>
      <w:proofErr w:type="spellStart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наст.вр</w:t>
      </w:r>
      <w:proofErr w:type="spellEnd"/>
      <w:r w:rsidRPr="004F02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67234" w:rsidRPr="004F0217" w:rsidRDefault="00D67234" w:rsidP="004F02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D67234" w:rsidRPr="004F0217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2C35"/>
    <w:rsid w:val="00034616"/>
    <w:rsid w:val="00043292"/>
    <w:rsid w:val="0006063C"/>
    <w:rsid w:val="00066511"/>
    <w:rsid w:val="00113395"/>
    <w:rsid w:val="0015074B"/>
    <w:rsid w:val="001E4D69"/>
    <w:rsid w:val="0029639D"/>
    <w:rsid w:val="002F320A"/>
    <w:rsid w:val="00326F90"/>
    <w:rsid w:val="004431DC"/>
    <w:rsid w:val="004938FC"/>
    <w:rsid w:val="004F0217"/>
    <w:rsid w:val="0058637C"/>
    <w:rsid w:val="005C5E02"/>
    <w:rsid w:val="00680191"/>
    <w:rsid w:val="006F3AAD"/>
    <w:rsid w:val="008A5E4B"/>
    <w:rsid w:val="00935871"/>
    <w:rsid w:val="00A6609D"/>
    <w:rsid w:val="00AA1D8D"/>
    <w:rsid w:val="00AB396D"/>
    <w:rsid w:val="00B20019"/>
    <w:rsid w:val="00B47730"/>
    <w:rsid w:val="00B63678"/>
    <w:rsid w:val="00CB0664"/>
    <w:rsid w:val="00D67234"/>
    <w:rsid w:val="00DB53B8"/>
    <w:rsid w:val="00EE1B84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B20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B200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B20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B200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4A2B19-D63B-446C-ACD5-12A202BF4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10246</Words>
  <Characters>58408</Characters>
  <Application>Microsoft Office Word</Application>
  <DocSecurity>0</DocSecurity>
  <Lines>486</Lines>
  <Paragraphs>137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68517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Windows User</cp:lastModifiedBy>
  <cp:revision>2</cp:revision>
  <cp:lastPrinted>2023-09-20T18:23:00Z</cp:lastPrinted>
  <dcterms:created xsi:type="dcterms:W3CDTF">2024-10-08T18:28:00Z</dcterms:created>
  <dcterms:modified xsi:type="dcterms:W3CDTF">2024-10-08T18:28:00Z</dcterms:modified>
</cp:coreProperties>
</file>